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09AF2" w14:textId="77777777" w:rsidR="00022335" w:rsidRDefault="00022335" w:rsidP="00022335">
      <w:pPr>
        <w:pStyle w:val="Textoindependiente"/>
        <w:spacing w:before="92" w:line="274" w:lineRule="auto"/>
        <w:ind w:right="6"/>
        <w:contextualSpacing/>
        <w:jc w:val="center"/>
      </w:pPr>
      <w:r>
        <w:t>CRONOGRAMA DE ACTIVIDADES</w:t>
      </w:r>
    </w:p>
    <w:p w14:paraId="0304E63F" w14:textId="77777777" w:rsidR="00022335" w:rsidRPr="00490096" w:rsidRDefault="00022335" w:rsidP="00022335">
      <w:pPr>
        <w:pStyle w:val="Textoindependiente"/>
        <w:spacing w:before="92" w:line="274" w:lineRule="auto"/>
        <w:ind w:left="130" w:right="6"/>
        <w:contextualSpacing/>
        <w:jc w:val="center"/>
        <w:rPr>
          <w:color w:val="FF0000"/>
        </w:rPr>
      </w:pPr>
      <w:r>
        <w:rPr>
          <w:color w:val="FF0000"/>
        </w:rPr>
        <w:t>ESTADIA Y/O ESTANCIA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4252"/>
        <w:gridCol w:w="1560"/>
        <w:gridCol w:w="4536"/>
      </w:tblGrid>
      <w:tr w:rsidR="00022335" w:rsidRPr="004A5D39" w14:paraId="28FFBAC6" w14:textId="77777777" w:rsidTr="001800A1">
        <w:tc>
          <w:tcPr>
            <w:tcW w:w="2547" w:type="dxa"/>
          </w:tcPr>
          <w:p w14:paraId="530D40FC" w14:textId="77777777" w:rsidR="00022335" w:rsidRPr="004A5D39" w:rsidRDefault="00022335" w:rsidP="001800A1">
            <w:pPr>
              <w:widowControl w:val="0"/>
              <w:autoSpaceDE w:val="0"/>
              <w:autoSpaceDN w:val="0"/>
              <w:spacing w:before="4"/>
              <w:rPr>
                <w:rFonts w:ascii="Calibri" w:eastAsia="Calibri" w:hAnsi="Calibri" w:cs="Calibri"/>
                <w:b/>
                <w:bCs/>
              </w:rPr>
            </w:pPr>
            <w:r w:rsidRPr="004A5D39">
              <w:rPr>
                <w:rFonts w:ascii="Calibri" w:eastAsia="Calibri" w:hAnsi="Calibri" w:cs="Calibri"/>
                <w:b/>
                <w:bCs/>
              </w:rPr>
              <w:t>NOMBRE DEL ALUMNO:</w:t>
            </w:r>
          </w:p>
        </w:tc>
        <w:tc>
          <w:tcPr>
            <w:tcW w:w="4252" w:type="dxa"/>
          </w:tcPr>
          <w:p w14:paraId="3E82D90A" w14:textId="77777777" w:rsidR="00022335" w:rsidRPr="004A5D39" w:rsidRDefault="00022335" w:rsidP="001800A1">
            <w:pPr>
              <w:widowControl w:val="0"/>
              <w:autoSpaceDE w:val="0"/>
              <w:autoSpaceDN w:val="0"/>
              <w:spacing w:before="4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</w:tcPr>
          <w:p w14:paraId="3CCD3823" w14:textId="77777777" w:rsidR="00022335" w:rsidRPr="004A5D39" w:rsidRDefault="00022335" w:rsidP="001800A1">
            <w:pPr>
              <w:widowControl w:val="0"/>
              <w:autoSpaceDE w:val="0"/>
              <w:autoSpaceDN w:val="0"/>
              <w:spacing w:before="4"/>
              <w:rPr>
                <w:rFonts w:ascii="Calibri" w:eastAsia="Calibri" w:hAnsi="Calibri" w:cs="Calibri"/>
                <w:b/>
                <w:bCs/>
              </w:rPr>
            </w:pPr>
            <w:r w:rsidRPr="004A5D39">
              <w:rPr>
                <w:rFonts w:ascii="Calibri" w:eastAsia="Calibri" w:hAnsi="Calibri" w:cs="Calibri"/>
                <w:b/>
                <w:bCs/>
              </w:rPr>
              <w:t>MATRÍCULA:</w:t>
            </w:r>
          </w:p>
        </w:tc>
        <w:tc>
          <w:tcPr>
            <w:tcW w:w="4536" w:type="dxa"/>
          </w:tcPr>
          <w:p w14:paraId="27EF78F3" w14:textId="77777777" w:rsidR="00022335" w:rsidRPr="004A5D39" w:rsidRDefault="00022335" w:rsidP="001800A1">
            <w:pPr>
              <w:widowControl w:val="0"/>
              <w:autoSpaceDE w:val="0"/>
              <w:autoSpaceDN w:val="0"/>
              <w:spacing w:before="4"/>
              <w:rPr>
                <w:rFonts w:ascii="Calibri" w:eastAsia="Calibri" w:hAnsi="Calibri" w:cs="Calibri"/>
              </w:rPr>
            </w:pPr>
          </w:p>
        </w:tc>
      </w:tr>
      <w:tr w:rsidR="00022335" w:rsidRPr="004A5D39" w14:paraId="1882776A" w14:textId="77777777" w:rsidTr="001800A1">
        <w:tc>
          <w:tcPr>
            <w:tcW w:w="2547" w:type="dxa"/>
          </w:tcPr>
          <w:p w14:paraId="75AD161E" w14:textId="77777777" w:rsidR="00022335" w:rsidRPr="004A5D39" w:rsidRDefault="00022335" w:rsidP="001800A1">
            <w:pPr>
              <w:widowControl w:val="0"/>
              <w:autoSpaceDE w:val="0"/>
              <w:autoSpaceDN w:val="0"/>
              <w:spacing w:before="4"/>
              <w:rPr>
                <w:rFonts w:ascii="Calibri" w:eastAsia="Calibri" w:hAnsi="Calibri" w:cs="Calibri"/>
                <w:b/>
                <w:bCs/>
              </w:rPr>
            </w:pPr>
            <w:r w:rsidRPr="004A5D39">
              <w:rPr>
                <w:rFonts w:ascii="Calibri" w:eastAsia="Calibri" w:hAnsi="Calibri" w:cs="Calibri"/>
                <w:b/>
                <w:bCs/>
              </w:rPr>
              <w:t>NOMBRE DEL PROYECTO:</w:t>
            </w:r>
          </w:p>
        </w:tc>
        <w:tc>
          <w:tcPr>
            <w:tcW w:w="4252" w:type="dxa"/>
          </w:tcPr>
          <w:p w14:paraId="0C367516" w14:textId="77777777" w:rsidR="00022335" w:rsidRPr="004A5D39" w:rsidRDefault="00022335" w:rsidP="001800A1">
            <w:pPr>
              <w:widowControl w:val="0"/>
              <w:autoSpaceDE w:val="0"/>
              <w:autoSpaceDN w:val="0"/>
              <w:spacing w:before="4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</w:tcPr>
          <w:p w14:paraId="20368DF5" w14:textId="77777777" w:rsidR="00022335" w:rsidRPr="004A5D39" w:rsidRDefault="00022335" w:rsidP="001800A1">
            <w:pPr>
              <w:widowControl w:val="0"/>
              <w:autoSpaceDE w:val="0"/>
              <w:autoSpaceDN w:val="0"/>
              <w:spacing w:before="4"/>
              <w:rPr>
                <w:rFonts w:ascii="Calibri" w:eastAsia="Calibri" w:hAnsi="Calibri" w:cs="Calibri"/>
                <w:b/>
                <w:bCs/>
              </w:rPr>
            </w:pPr>
            <w:r w:rsidRPr="004A5D39">
              <w:rPr>
                <w:rFonts w:ascii="Calibri" w:eastAsia="Calibri" w:hAnsi="Calibri" w:cs="Calibri"/>
                <w:b/>
                <w:bCs/>
              </w:rPr>
              <w:t>EMPRESA:</w:t>
            </w:r>
          </w:p>
        </w:tc>
        <w:tc>
          <w:tcPr>
            <w:tcW w:w="4536" w:type="dxa"/>
          </w:tcPr>
          <w:p w14:paraId="67F0B5FC" w14:textId="77777777" w:rsidR="00022335" w:rsidRPr="004A5D39" w:rsidRDefault="00022335" w:rsidP="001800A1">
            <w:pPr>
              <w:widowControl w:val="0"/>
              <w:autoSpaceDE w:val="0"/>
              <w:autoSpaceDN w:val="0"/>
              <w:spacing w:before="4"/>
              <w:rPr>
                <w:rFonts w:ascii="Calibri" w:eastAsia="Calibri" w:hAnsi="Calibri" w:cs="Calibri"/>
              </w:rPr>
            </w:pPr>
          </w:p>
        </w:tc>
      </w:tr>
      <w:tr w:rsidR="00022335" w:rsidRPr="004A5D39" w14:paraId="0B135569" w14:textId="77777777" w:rsidTr="001800A1">
        <w:tc>
          <w:tcPr>
            <w:tcW w:w="2547" w:type="dxa"/>
          </w:tcPr>
          <w:p w14:paraId="602BE271" w14:textId="77777777" w:rsidR="00022335" w:rsidRPr="004A5D39" w:rsidRDefault="00022335" w:rsidP="001800A1">
            <w:pPr>
              <w:widowControl w:val="0"/>
              <w:autoSpaceDE w:val="0"/>
              <w:autoSpaceDN w:val="0"/>
              <w:spacing w:before="4"/>
              <w:rPr>
                <w:rFonts w:ascii="Calibri" w:eastAsia="Calibri" w:hAnsi="Calibri" w:cs="Calibri"/>
                <w:b/>
                <w:bCs/>
              </w:rPr>
            </w:pPr>
            <w:r w:rsidRPr="004A5D39">
              <w:rPr>
                <w:rFonts w:ascii="Calibri" w:eastAsia="Calibri" w:hAnsi="Calibri" w:cs="Calibri"/>
                <w:b/>
                <w:bCs/>
              </w:rPr>
              <w:t>ASESOR EXTERNO:</w:t>
            </w:r>
          </w:p>
        </w:tc>
        <w:tc>
          <w:tcPr>
            <w:tcW w:w="4252" w:type="dxa"/>
          </w:tcPr>
          <w:p w14:paraId="0E9AE717" w14:textId="77777777" w:rsidR="00022335" w:rsidRPr="004A5D39" w:rsidRDefault="00022335" w:rsidP="001800A1">
            <w:pPr>
              <w:widowControl w:val="0"/>
              <w:autoSpaceDE w:val="0"/>
              <w:autoSpaceDN w:val="0"/>
              <w:spacing w:before="4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</w:tcPr>
          <w:p w14:paraId="67A00F41" w14:textId="77777777" w:rsidR="00022335" w:rsidRPr="004A5D39" w:rsidRDefault="00022335" w:rsidP="001800A1">
            <w:pPr>
              <w:widowControl w:val="0"/>
              <w:autoSpaceDE w:val="0"/>
              <w:autoSpaceDN w:val="0"/>
              <w:spacing w:before="4"/>
              <w:rPr>
                <w:rFonts w:ascii="Calibri" w:eastAsia="Calibri" w:hAnsi="Calibri" w:cs="Calibri"/>
                <w:b/>
                <w:bCs/>
              </w:rPr>
            </w:pPr>
            <w:r w:rsidRPr="004A5D39">
              <w:rPr>
                <w:rFonts w:ascii="Calibri" w:eastAsia="Calibri" w:hAnsi="Calibri" w:cs="Calibri"/>
                <w:b/>
                <w:bCs/>
              </w:rPr>
              <w:t>PERIODO:</w:t>
            </w:r>
          </w:p>
        </w:tc>
        <w:tc>
          <w:tcPr>
            <w:tcW w:w="4536" w:type="dxa"/>
          </w:tcPr>
          <w:p w14:paraId="02762FC5" w14:textId="77777777" w:rsidR="00022335" w:rsidRPr="004A5D39" w:rsidRDefault="00022335" w:rsidP="001800A1">
            <w:pPr>
              <w:widowControl w:val="0"/>
              <w:autoSpaceDE w:val="0"/>
              <w:autoSpaceDN w:val="0"/>
              <w:spacing w:before="4"/>
              <w:rPr>
                <w:rFonts w:ascii="Calibri" w:eastAsia="Calibri" w:hAnsi="Calibri" w:cs="Calibri"/>
              </w:rPr>
            </w:pPr>
          </w:p>
        </w:tc>
      </w:tr>
      <w:tr w:rsidR="00022335" w:rsidRPr="004A5D39" w14:paraId="0780C0E7" w14:textId="77777777" w:rsidTr="001800A1">
        <w:tc>
          <w:tcPr>
            <w:tcW w:w="2547" w:type="dxa"/>
          </w:tcPr>
          <w:p w14:paraId="7FC06380" w14:textId="77777777" w:rsidR="00022335" w:rsidRPr="004A5D39" w:rsidRDefault="00022335" w:rsidP="001800A1">
            <w:pPr>
              <w:widowControl w:val="0"/>
              <w:autoSpaceDE w:val="0"/>
              <w:autoSpaceDN w:val="0"/>
              <w:spacing w:before="4"/>
              <w:rPr>
                <w:rFonts w:ascii="Calibri" w:eastAsia="Calibri" w:hAnsi="Calibri" w:cs="Calibri"/>
                <w:b/>
                <w:bCs/>
              </w:rPr>
            </w:pPr>
            <w:r w:rsidRPr="004A5D39">
              <w:rPr>
                <w:rFonts w:ascii="Calibri" w:eastAsia="Calibri" w:hAnsi="Calibri" w:cs="Calibri"/>
                <w:b/>
                <w:bCs/>
              </w:rPr>
              <w:t>ASESOR INTERNO:</w:t>
            </w:r>
          </w:p>
        </w:tc>
        <w:tc>
          <w:tcPr>
            <w:tcW w:w="4252" w:type="dxa"/>
          </w:tcPr>
          <w:p w14:paraId="12B62BD7" w14:textId="77777777" w:rsidR="00022335" w:rsidRPr="004A5D39" w:rsidRDefault="00022335" w:rsidP="001800A1">
            <w:pPr>
              <w:widowControl w:val="0"/>
              <w:autoSpaceDE w:val="0"/>
              <w:autoSpaceDN w:val="0"/>
              <w:spacing w:before="4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</w:tcPr>
          <w:p w14:paraId="71BC9585" w14:textId="77777777" w:rsidR="00022335" w:rsidRPr="004A5D39" w:rsidRDefault="00022335" w:rsidP="001800A1">
            <w:pPr>
              <w:widowControl w:val="0"/>
              <w:autoSpaceDE w:val="0"/>
              <w:autoSpaceDN w:val="0"/>
              <w:spacing w:before="4"/>
              <w:rPr>
                <w:rFonts w:ascii="Calibri" w:eastAsia="Calibri" w:hAnsi="Calibri" w:cs="Calibri"/>
                <w:b/>
                <w:bCs/>
              </w:rPr>
            </w:pPr>
            <w:r w:rsidRPr="004A5D39">
              <w:rPr>
                <w:rFonts w:ascii="Calibri" w:eastAsia="Calibri" w:hAnsi="Calibri" w:cs="Calibri"/>
                <w:b/>
                <w:bCs/>
              </w:rPr>
              <w:t>DURACIÓN:</w:t>
            </w:r>
          </w:p>
        </w:tc>
        <w:tc>
          <w:tcPr>
            <w:tcW w:w="4536" w:type="dxa"/>
          </w:tcPr>
          <w:p w14:paraId="6AC0F4EB" w14:textId="77777777" w:rsidR="00022335" w:rsidRPr="004A5D39" w:rsidRDefault="00022335" w:rsidP="001800A1">
            <w:pPr>
              <w:widowControl w:val="0"/>
              <w:autoSpaceDE w:val="0"/>
              <w:autoSpaceDN w:val="0"/>
              <w:spacing w:before="4"/>
              <w:rPr>
                <w:rFonts w:ascii="Calibri" w:eastAsia="Calibri" w:hAnsi="Calibri" w:cs="Calibri"/>
              </w:rPr>
            </w:pPr>
          </w:p>
        </w:tc>
      </w:tr>
    </w:tbl>
    <w:tbl>
      <w:tblPr>
        <w:tblStyle w:val="TableNormal"/>
        <w:tblW w:w="1290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2058"/>
        <w:gridCol w:w="833"/>
        <w:gridCol w:w="521"/>
        <w:gridCol w:w="521"/>
        <w:gridCol w:w="522"/>
        <w:gridCol w:w="525"/>
        <w:gridCol w:w="522"/>
        <w:gridCol w:w="522"/>
        <w:gridCol w:w="522"/>
        <w:gridCol w:w="571"/>
        <w:gridCol w:w="522"/>
        <w:gridCol w:w="522"/>
        <w:gridCol w:w="522"/>
        <w:gridCol w:w="528"/>
        <w:gridCol w:w="524"/>
        <w:gridCol w:w="522"/>
        <w:gridCol w:w="387"/>
      </w:tblGrid>
      <w:tr w:rsidR="00022335" w:rsidRPr="00856623" w14:paraId="50663A5C" w14:textId="77777777" w:rsidTr="00022335">
        <w:trPr>
          <w:trHeight w:val="303"/>
        </w:trPr>
        <w:tc>
          <w:tcPr>
            <w:tcW w:w="4314" w:type="dxa"/>
            <w:gridSpan w:val="2"/>
            <w:vMerge w:val="restart"/>
          </w:tcPr>
          <w:p w14:paraId="33DE3937" w14:textId="77777777" w:rsidR="00022335" w:rsidRPr="00856623" w:rsidRDefault="00022335" w:rsidP="001800A1">
            <w:pPr>
              <w:spacing w:before="1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F45D55C" w14:textId="77777777" w:rsidR="00022335" w:rsidRPr="00856623" w:rsidRDefault="00022335" w:rsidP="001800A1">
            <w:pPr>
              <w:ind w:left="1437" w:right="1413"/>
              <w:jc w:val="center"/>
              <w:rPr>
                <w:rFonts w:ascii="Arial" w:eastAsia="Calibri" w:hAnsi="Calibri" w:cs="Calibri"/>
                <w:b/>
                <w:sz w:val="20"/>
                <w:szCs w:val="20"/>
              </w:rPr>
            </w:pPr>
            <w:r w:rsidRPr="00856623">
              <w:rPr>
                <w:rFonts w:ascii="Arial" w:eastAsia="Calibri" w:hAnsi="Calibri" w:cs="Calibri"/>
                <w:b/>
                <w:sz w:val="20"/>
                <w:szCs w:val="20"/>
              </w:rPr>
              <w:t>ACTIVIDAD</w:t>
            </w:r>
          </w:p>
        </w:tc>
        <w:tc>
          <w:tcPr>
            <w:tcW w:w="833" w:type="dxa"/>
          </w:tcPr>
          <w:p w14:paraId="65171737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2089" w:type="dxa"/>
            <w:gridSpan w:val="4"/>
          </w:tcPr>
          <w:p w14:paraId="41E28F4B" w14:textId="77777777" w:rsidR="00022335" w:rsidRPr="00856623" w:rsidRDefault="00022335" w:rsidP="001800A1">
            <w:pPr>
              <w:spacing w:before="54" w:line="237" w:lineRule="exact"/>
              <w:ind w:left="517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85662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SEPTIEMBRE</w:t>
            </w:r>
          </w:p>
        </w:tc>
        <w:tc>
          <w:tcPr>
            <w:tcW w:w="2137" w:type="dxa"/>
            <w:gridSpan w:val="4"/>
          </w:tcPr>
          <w:p w14:paraId="2BA002D2" w14:textId="77777777" w:rsidR="00022335" w:rsidRPr="00856623" w:rsidRDefault="00022335" w:rsidP="001800A1">
            <w:pPr>
              <w:spacing w:before="54" w:line="237" w:lineRule="exact"/>
              <w:ind w:left="665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85662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OCTUBRE</w:t>
            </w:r>
          </w:p>
        </w:tc>
        <w:tc>
          <w:tcPr>
            <w:tcW w:w="2094" w:type="dxa"/>
            <w:gridSpan w:val="4"/>
          </w:tcPr>
          <w:p w14:paraId="3498EC36" w14:textId="77777777" w:rsidR="00022335" w:rsidRPr="00856623" w:rsidRDefault="00022335" w:rsidP="001800A1">
            <w:pPr>
              <w:spacing w:before="54" w:line="237" w:lineRule="exact"/>
              <w:ind w:left="52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85662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NOVIEMBRE</w:t>
            </w:r>
          </w:p>
        </w:tc>
        <w:tc>
          <w:tcPr>
            <w:tcW w:w="1433" w:type="dxa"/>
            <w:gridSpan w:val="3"/>
          </w:tcPr>
          <w:p w14:paraId="69AA96C0" w14:textId="77777777" w:rsidR="00022335" w:rsidRPr="00856623" w:rsidRDefault="00022335" w:rsidP="001800A1">
            <w:pPr>
              <w:spacing w:before="54" w:line="237" w:lineRule="exact"/>
              <w:ind w:left="102" w:right="73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85662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DICIEMBRE</w:t>
            </w:r>
          </w:p>
        </w:tc>
      </w:tr>
      <w:tr w:rsidR="00022335" w:rsidRPr="00856623" w14:paraId="4C436A93" w14:textId="77777777" w:rsidTr="00022335">
        <w:trPr>
          <w:trHeight w:val="517"/>
        </w:trPr>
        <w:tc>
          <w:tcPr>
            <w:tcW w:w="4314" w:type="dxa"/>
            <w:gridSpan w:val="2"/>
            <w:vMerge/>
            <w:tcBorders>
              <w:top w:val="nil"/>
            </w:tcBorders>
          </w:tcPr>
          <w:p w14:paraId="7CD9C9DD" w14:textId="77777777" w:rsidR="00022335" w:rsidRPr="00856623" w:rsidRDefault="00022335" w:rsidP="001800A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33" w:type="dxa"/>
          </w:tcPr>
          <w:p w14:paraId="4A221972" w14:textId="77777777" w:rsidR="00022335" w:rsidRPr="00856623" w:rsidRDefault="00022335" w:rsidP="001800A1">
            <w:pPr>
              <w:spacing w:before="128"/>
              <w:ind w:left="28" w:right="4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856623">
              <w:rPr>
                <w:rFonts w:ascii="Calibri" w:eastAsia="Calibri" w:hAnsi="Calibri" w:cs="Calibri"/>
                <w:b/>
                <w:w w:val="95"/>
                <w:sz w:val="20"/>
                <w:szCs w:val="20"/>
              </w:rPr>
              <w:t>SEMANA</w:t>
            </w:r>
          </w:p>
        </w:tc>
        <w:tc>
          <w:tcPr>
            <w:tcW w:w="521" w:type="dxa"/>
          </w:tcPr>
          <w:p w14:paraId="1937157D" w14:textId="77777777" w:rsidR="00022335" w:rsidRPr="00856623" w:rsidRDefault="00022335" w:rsidP="001800A1">
            <w:pPr>
              <w:spacing w:before="124"/>
              <w:ind w:left="36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56623">
              <w:rPr>
                <w:rFonts w:ascii="Calibri" w:eastAsia="Calibri" w:hAnsi="Calibri" w:cs="Calibri"/>
                <w:b/>
                <w:w w:val="99"/>
                <w:sz w:val="16"/>
                <w:szCs w:val="16"/>
              </w:rPr>
              <w:t>1</w:t>
            </w:r>
          </w:p>
        </w:tc>
        <w:tc>
          <w:tcPr>
            <w:tcW w:w="521" w:type="dxa"/>
          </w:tcPr>
          <w:p w14:paraId="7140258A" w14:textId="77777777" w:rsidR="00022335" w:rsidRPr="00856623" w:rsidRDefault="00022335" w:rsidP="001800A1">
            <w:pPr>
              <w:spacing w:before="124"/>
              <w:ind w:left="36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56623">
              <w:rPr>
                <w:rFonts w:ascii="Calibri" w:eastAsia="Calibri" w:hAnsi="Calibri" w:cs="Calibri"/>
                <w:b/>
                <w:w w:val="99"/>
                <w:sz w:val="16"/>
                <w:szCs w:val="16"/>
              </w:rPr>
              <w:t>2</w:t>
            </w:r>
          </w:p>
        </w:tc>
        <w:tc>
          <w:tcPr>
            <w:tcW w:w="522" w:type="dxa"/>
          </w:tcPr>
          <w:p w14:paraId="44ED03C3" w14:textId="77777777" w:rsidR="00022335" w:rsidRPr="00856623" w:rsidRDefault="00022335" w:rsidP="001800A1">
            <w:pPr>
              <w:spacing w:before="124"/>
              <w:ind w:left="35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56623">
              <w:rPr>
                <w:rFonts w:ascii="Calibri" w:eastAsia="Calibri" w:hAnsi="Calibri" w:cs="Calibri"/>
                <w:b/>
                <w:w w:val="99"/>
                <w:sz w:val="16"/>
                <w:szCs w:val="16"/>
              </w:rPr>
              <w:t>3</w:t>
            </w:r>
          </w:p>
        </w:tc>
        <w:tc>
          <w:tcPr>
            <w:tcW w:w="525" w:type="dxa"/>
          </w:tcPr>
          <w:p w14:paraId="53B62794" w14:textId="77777777" w:rsidR="00022335" w:rsidRPr="00856623" w:rsidRDefault="00022335" w:rsidP="001800A1">
            <w:pPr>
              <w:spacing w:before="124"/>
              <w:ind w:left="35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56623">
              <w:rPr>
                <w:rFonts w:ascii="Calibri" w:eastAsia="Calibri" w:hAnsi="Calibri" w:cs="Calibri"/>
                <w:b/>
                <w:w w:val="99"/>
                <w:sz w:val="16"/>
                <w:szCs w:val="16"/>
              </w:rPr>
              <w:t>4</w:t>
            </w:r>
          </w:p>
        </w:tc>
        <w:tc>
          <w:tcPr>
            <w:tcW w:w="522" w:type="dxa"/>
          </w:tcPr>
          <w:p w14:paraId="0E194D82" w14:textId="77777777" w:rsidR="00022335" w:rsidRPr="00856623" w:rsidRDefault="00022335" w:rsidP="001800A1">
            <w:pPr>
              <w:spacing w:before="124"/>
              <w:ind w:left="35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56623">
              <w:rPr>
                <w:rFonts w:ascii="Calibri" w:eastAsia="Calibri" w:hAnsi="Calibri" w:cs="Calibri"/>
                <w:b/>
                <w:w w:val="99"/>
                <w:sz w:val="16"/>
                <w:szCs w:val="16"/>
              </w:rPr>
              <w:t>5</w:t>
            </w:r>
          </w:p>
        </w:tc>
        <w:tc>
          <w:tcPr>
            <w:tcW w:w="522" w:type="dxa"/>
          </w:tcPr>
          <w:p w14:paraId="7BBF278D" w14:textId="77777777" w:rsidR="00022335" w:rsidRPr="00856623" w:rsidRDefault="00022335" w:rsidP="001800A1">
            <w:pPr>
              <w:spacing w:before="124"/>
              <w:ind w:left="35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56623">
              <w:rPr>
                <w:rFonts w:ascii="Calibri" w:eastAsia="Calibri" w:hAnsi="Calibri" w:cs="Calibri"/>
                <w:b/>
                <w:w w:val="99"/>
                <w:sz w:val="16"/>
                <w:szCs w:val="16"/>
              </w:rPr>
              <w:t>6</w:t>
            </w:r>
          </w:p>
        </w:tc>
        <w:tc>
          <w:tcPr>
            <w:tcW w:w="522" w:type="dxa"/>
          </w:tcPr>
          <w:p w14:paraId="6F5D3652" w14:textId="77777777" w:rsidR="00022335" w:rsidRPr="00856623" w:rsidRDefault="00022335" w:rsidP="001800A1">
            <w:pPr>
              <w:spacing w:before="124"/>
              <w:ind w:left="34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56623">
              <w:rPr>
                <w:rFonts w:ascii="Calibri" w:eastAsia="Calibri" w:hAnsi="Calibri" w:cs="Calibri"/>
                <w:b/>
                <w:w w:val="99"/>
                <w:sz w:val="16"/>
                <w:szCs w:val="16"/>
              </w:rPr>
              <w:t>7</w:t>
            </w:r>
          </w:p>
        </w:tc>
        <w:tc>
          <w:tcPr>
            <w:tcW w:w="571" w:type="dxa"/>
          </w:tcPr>
          <w:p w14:paraId="65F9C96B" w14:textId="77777777" w:rsidR="00022335" w:rsidRPr="00856623" w:rsidRDefault="00022335" w:rsidP="001800A1">
            <w:pPr>
              <w:spacing w:before="124"/>
              <w:ind w:left="31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56623">
              <w:rPr>
                <w:rFonts w:ascii="Calibri" w:eastAsia="Calibri" w:hAnsi="Calibri" w:cs="Calibri"/>
                <w:b/>
                <w:w w:val="99"/>
                <w:sz w:val="16"/>
                <w:szCs w:val="16"/>
              </w:rPr>
              <w:t>8</w:t>
            </w:r>
          </w:p>
        </w:tc>
        <w:tc>
          <w:tcPr>
            <w:tcW w:w="522" w:type="dxa"/>
          </w:tcPr>
          <w:p w14:paraId="3AB101C9" w14:textId="77777777" w:rsidR="00022335" w:rsidRPr="00856623" w:rsidRDefault="00022335" w:rsidP="001800A1">
            <w:pPr>
              <w:spacing w:before="124"/>
              <w:ind w:left="33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56623">
              <w:rPr>
                <w:rFonts w:ascii="Calibri" w:eastAsia="Calibri" w:hAnsi="Calibri" w:cs="Calibri"/>
                <w:b/>
                <w:w w:val="99"/>
                <w:sz w:val="16"/>
                <w:szCs w:val="16"/>
              </w:rPr>
              <w:t>9</w:t>
            </w:r>
          </w:p>
        </w:tc>
        <w:tc>
          <w:tcPr>
            <w:tcW w:w="522" w:type="dxa"/>
          </w:tcPr>
          <w:p w14:paraId="339E55C9" w14:textId="77777777" w:rsidR="00022335" w:rsidRPr="00856623" w:rsidRDefault="00022335" w:rsidP="001800A1">
            <w:pPr>
              <w:spacing w:before="124"/>
              <w:ind w:left="138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56623">
              <w:rPr>
                <w:rFonts w:ascii="Calibri" w:eastAsia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522" w:type="dxa"/>
          </w:tcPr>
          <w:p w14:paraId="5C4DCAB9" w14:textId="77777777" w:rsidR="00022335" w:rsidRPr="00856623" w:rsidRDefault="00022335" w:rsidP="001800A1">
            <w:pPr>
              <w:spacing w:before="124"/>
              <w:ind w:left="138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56623">
              <w:rPr>
                <w:rFonts w:ascii="Calibri" w:eastAsia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528" w:type="dxa"/>
          </w:tcPr>
          <w:p w14:paraId="2F66F8B8" w14:textId="77777777" w:rsidR="00022335" w:rsidRPr="00856623" w:rsidRDefault="00022335" w:rsidP="001800A1">
            <w:pPr>
              <w:spacing w:before="124"/>
              <w:ind w:left="139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56623">
              <w:rPr>
                <w:rFonts w:ascii="Calibri" w:eastAsia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524" w:type="dxa"/>
          </w:tcPr>
          <w:p w14:paraId="1C6078B2" w14:textId="77777777" w:rsidR="00022335" w:rsidRPr="00856623" w:rsidRDefault="00022335" w:rsidP="001800A1">
            <w:pPr>
              <w:spacing w:before="124"/>
              <w:ind w:left="137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56623">
              <w:rPr>
                <w:rFonts w:ascii="Calibri" w:eastAsia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522" w:type="dxa"/>
          </w:tcPr>
          <w:p w14:paraId="3C0313F0" w14:textId="77777777" w:rsidR="00022335" w:rsidRPr="00856623" w:rsidRDefault="00022335" w:rsidP="001800A1">
            <w:pPr>
              <w:spacing w:before="124"/>
              <w:ind w:left="137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56623">
              <w:rPr>
                <w:rFonts w:ascii="Calibri" w:eastAsia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87" w:type="dxa"/>
          </w:tcPr>
          <w:p w14:paraId="5D20BEC5" w14:textId="77777777" w:rsidR="00022335" w:rsidRPr="00856623" w:rsidRDefault="00022335" w:rsidP="001800A1">
            <w:pPr>
              <w:spacing w:before="114"/>
              <w:ind w:left="187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56623">
              <w:rPr>
                <w:rFonts w:ascii="Calibri" w:eastAsia="Calibri" w:hAnsi="Calibri" w:cs="Calibri"/>
                <w:b/>
                <w:sz w:val="16"/>
                <w:szCs w:val="16"/>
              </w:rPr>
              <w:t>15</w:t>
            </w:r>
          </w:p>
        </w:tc>
      </w:tr>
      <w:tr w:rsidR="00022335" w:rsidRPr="00856623" w14:paraId="5B31075B" w14:textId="77777777" w:rsidTr="00022335">
        <w:trPr>
          <w:trHeight w:val="249"/>
        </w:trPr>
        <w:tc>
          <w:tcPr>
            <w:tcW w:w="4314" w:type="dxa"/>
            <w:gridSpan w:val="2"/>
            <w:vMerge w:val="restart"/>
          </w:tcPr>
          <w:p w14:paraId="515C6F87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833" w:type="dxa"/>
          </w:tcPr>
          <w:p w14:paraId="622F7DFC" w14:textId="77777777" w:rsidR="00022335" w:rsidRPr="00856623" w:rsidRDefault="00022335" w:rsidP="001800A1">
            <w:pPr>
              <w:spacing w:line="236" w:lineRule="exact"/>
              <w:ind w:left="2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56623">
              <w:rPr>
                <w:rFonts w:ascii="Calibri" w:eastAsia="Calibri" w:hAnsi="Calibri" w:cs="Calibri"/>
                <w:w w:val="99"/>
                <w:sz w:val="20"/>
                <w:szCs w:val="20"/>
              </w:rPr>
              <w:t>P</w:t>
            </w:r>
          </w:p>
        </w:tc>
        <w:tc>
          <w:tcPr>
            <w:tcW w:w="521" w:type="dxa"/>
          </w:tcPr>
          <w:p w14:paraId="5301149F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1" w:type="dxa"/>
          </w:tcPr>
          <w:p w14:paraId="6B80FD10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4E793ED4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5" w:type="dxa"/>
          </w:tcPr>
          <w:p w14:paraId="1C6C3A23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7EFF1280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1A75A4C6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2E3F058A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71" w:type="dxa"/>
          </w:tcPr>
          <w:p w14:paraId="42C44F28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001D8B13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086D0DB4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5AB375E7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8" w:type="dxa"/>
          </w:tcPr>
          <w:p w14:paraId="31BEFA06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4" w:type="dxa"/>
          </w:tcPr>
          <w:p w14:paraId="068A7DF1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0A0E3E27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387" w:type="dxa"/>
          </w:tcPr>
          <w:p w14:paraId="5F73091A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tr w:rsidR="00022335" w:rsidRPr="00856623" w14:paraId="5D090E2E" w14:textId="77777777" w:rsidTr="00022335">
        <w:trPr>
          <w:trHeight w:val="249"/>
        </w:trPr>
        <w:tc>
          <w:tcPr>
            <w:tcW w:w="4314" w:type="dxa"/>
            <w:gridSpan w:val="2"/>
            <w:vMerge/>
            <w:tcBorders>
              <w:top w:val="nil"/>
            </w:tcBorders>
          </w:tcPr>
          <w:p w14:paraId="02F410E5" w14:textId="77777777" w:rsidR="00022335" w:rsidRPr="00856623" w:rsidRDefault="00022335" w:rsidP="001800A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33" w:type="dxa"/>
          </w:tcPr>
          <w:p w14:paraId="6838C4B5" w14:textId="77777777" w:rsidR="00022335" w:rsidRPr="00856623" w:rsidRDefault="00022335" w:rsidP="001800A1">
            <w:pPr>
              <w:spacing w:line="236" w:lineRule="exact"/>
              <w:ind w:left="2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56623">
              <w:rPr>
                <w:rFonts w:ascii="Calibri" w:eastAsia="Calibri" w:hAnsi="Calibri" w:cs="Calibri"/>
                <w:w w:val="99"/>
                <w:sz w:val="20"/>
                <w:szCs w:val="20"/>
              </w:rPr>
              <w:t>R</w:t>
            </w:r>
          </w:p>
        </w:tc>
        <w:tc>
          <w:tcPr>
            <w:tcW w:w="521" w:type="dxa"/>
          </w:tcPr>
          <w:p w14:paraId="64DF3157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1" w:type="dxa"/>
          </w:tcPr>
          <w:p w14:paraId="6174C26D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5753B80C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5" w:type="dxa"/>
          </w:tcPr>
          <w:p w14:paraId="41C88624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44CEEE7E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51A02254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0751C018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71" w:type="dxa"/>
          </w:tcPr>
          <w:p w14:paraId="66430872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34A7F24E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2A075B9A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7751DE6F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8" w:type="dxa"/>
          </w:tcPr>
          <w:p w14:paraId="1ACF5112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4" w:type="dxa"/>
          </w:tcPr>
          <w:p w14:paraId="1E65E60D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46373147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387" w:type="dxa"/>
          </w:tcPr>
          <w:p w14:paraId="4E6A3F3E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tr w:rsidR="00022335" w:rsidRPr="00856623" w14:paraId="014200EA" w14:textId="77777777" w:rsidTr="00022335">
        <w:trPr>
          <w:trHeight w:val="248"/>
        </w:trPr>
        <w:tc>
          <w:tcPr>
            <w:tcW w:w="4314" w:type="dxa"/>
            <w:gridSpan w:val="2"/>
            <w:vMerge w:val="restart"/>
          </w:tcPr>
          <w:p w14:paraId="3F71E0B0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833" w:type="dxa"/>
          </w:tcPr>
          <w:p w14:paraId="0EC5A1F2" w14:textId="77777777" w:rsidR="00022335" w:rsidRPr="00856623" w:rsidRDefault="00022335" w:rsidP="001800A1">
            <w:pPr>
              <w:spacing w:line="236" w:lineRule="exact"/>
              <w:ind w:left="2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56623">
              <w:rPr>
                <w:rFonts w:ascii="Calibri" w:eastAsia="Calibri" w:hAnsi="Calibri" w:cs="Calibri"/>
                <w:w w:val="99"/>
                <w:sz w:val="20"/>
                <w:szCs w:val="20"/>
              </w:rPr>
              <w:t>P</w:t>
            </w:r>
          </w:p>
        </w:tc>
        <w:tc>
          <w:tcPr>
            <w:tcW w:w="521" w:type="dxa"/>
          </w:tcPr>
          <w:p w14:paraId="4EE28ADE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1" w:type="dxa"/>
          </w:tcPr>
          <w:p w14:paraId="63F64B33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7AAFDA96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5" w:type="dxa"/>
          </w:tcPr>
          <w:p w14:paraId="47619E62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0705F30A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0A498D85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42C6D459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71" w:type="dxa"/>
          </w:tcPr>
          <w:p w14:paraId="60CD3A8A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3C4BA2AA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3CAC2821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338C41B2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8" w:type="dxa"/>
          </w:tcPr>
          <w:p w14:paraId="26C11CFC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4" w:type="dxa"/>
          </w:tcPr>
          <w:p w14:paraId="5981C8C9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6300ADAB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387" w:type="dxa"/>
          </w:tcPr>
          <w:p w14:paraId="2C13737B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tr w:rsidR="00022335" w:rsidRPr="00856623" w14:paraId="3D9234E6" w14:textId="77777777" w:rsidTr="00022335">
        <w:trPr>
          <w:trHeight w:val="249"/>
        </w:trPr>
        <w:tc>
          <w:tcPr>
            <w:tcW w:w="4314" w:type="dxa"/>
            <w:gridSpan w:val="2"/>
            <w:vMerge/>
            <w:tcBorders>
              <w:top w:val="nil"/>
            </w:tcBorders>
          </w:tcPr>
          <w:p w14:paraId="5C29D292" w14:textId="77777777" w:rsidR="00022335" w:rsidRPr="00856623" w:rsidRDefault="00022335" w:rsidP="001800A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33" w:type="dxa"/>
          </w:tcPr>
          <w:p w14:paraId="4B800268" w14:textId="77777777" w:rsidR="00022335" w:rsidRPr="00856623" w:rsidRDefault="00022335" w:rsidP="001800A1">
            <w:pPr>
              <w:spacing w:line="236" w:lineRule="exact"/>
              <w:ind w:left="2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56623">
              <w:rPr>
                <w:rFonts w:ascii="Calibri" w:eastAsia="Calibri" w:hAnsi="Calibri" w:cs="Calibri"/>
                <w:w w:val="99"/>
                <w:sz w:val="20"/>
                <w:szCs w:val="20"/>
              </w:rPr>
              <w:t>R</w:t>
            </w:r>
          </w:p>
        </w:tc>
        <w:tc>
          <w:tcPr>
            <w:tcW w:w="521" w:type="dxa"/>
          </w:tcPr>
          <w:p w14:paraId="08E92D25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1" w:type="dxa"/>
          </w:tcPr>
          <w:p w14:paraId="7475A45A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602F0E93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5" w:type="dxa"/>
          </w:tcPr>
          <w:p w14:paraId="084EFD3D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5955CCD9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4BA089CE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68D39008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71" w:type="dxa"/>
          </w:tcPr>
          <w:p w14:paraId="174967D6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762149EA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761D99A7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689CA16A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8" w:type="dxa"/>
          </w:tcPr>
          <w:p w14:paraId="5BE94230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4" w:type="dxa"/>
          </w:tcPr>
          <w:p w14:paraId="1E9D0DBF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0A2517DB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387" w:type="dxa"/>
          </w:tcPr>
          <w:p w14:paraId="4C10DA44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tr w:rsidR="00022335" w:rsidRPr="00856623" w14:paraId="00462695" w14:textId="77777777" w:rsidTr="00022335">
        <w:trPr>
          <w:trHeight w:val="249"/>
        </w:trPr>
        <w:tc>
          <w:tcPr>
            <w:tcW w:w="4314" w:type="dxa"/>
            <w:gridSpan w:val="2"/>
            <w:vMerge w:val="restart"/>
          </w:tcPr>
          <w:p w14:paraId="2D043F5C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833" w:type="dxa"/>
          </w:tcPr>
          <w:p w14:paraId="16FF842A" w14:textId="77777777" w:rsidR="00022335" w:rsidRPr="00856623" w:rsidRDefault="00022335" w:rsidP="001800A1">
            <w:pPr>
              <w:spacing w:line="236" w:lineRule="exact"/>
              <w:ind w:left="2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56623">
              <w:rPr>
                <w:rFonts w:ascii="Calibri" w:eastAsia="Calibri" w:hAnsi="Calibri" w:cs="Calibri"/>
                <w:w w:val="99"/>
                <w:sz w:val="20"/>
                <w:szCs w:val="20"/>
              </w:rPr>
              <w:t>P</w:t>
            </w:r>
          </w:p>
        </w:tc>
        <w:tc>
          <w:tcPr>
            <w:tcW w:w="521" w:type="dxa"/>
          </w:tcPr>
          <w:p w14:paraId="637E0DA2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1" w:type="dxa"/>
          </w:tcPr>
          <w:p w14:paraId="75DDD98A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5AEF6D3B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5" w:type="dxa"/>
          </w:tcPr>
          <w:p w14:paraId="2E3E5211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27DF23A7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36679077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3E1DF40E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71" w:type="dxa"/>
          </w:tcPr>
          <w:p w14:paraId="1E289A39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16B14E15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2B0D3926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35561F27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8" w:type="dxa"/>
          </w:tcPr>
          <w:p w14:paraId="43F5E56C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4" w:type="dxa"/>
          </w:tcPr>
          <w:p w14:paraId="4B6F3A4C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051C5C31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387" w:type="dxa"/>
          </w:tcPr>
          <w:p w14:paraId="2C096A77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tr w:rsidR="00022335" w:rsidRPr="00856623" w14:paraId="3788B683" w14:textId="77777777" w:rsidTr="00022335">
        <w:trPr>
          <w:trHeight w:val="248"/>
        </w:trPr>
        <w:tc>
          <w:tcPr>
            <w:tcW w:w="4314" w:type="dxa"/>
            <w:gridSpan w:val="2"/>
            <w:vMerge/>
            <w:tcBorders>
              <w:top w:val="nil"/>
            </w:tcBorders>
          </w:tcPr>
          <w:p w14:paraId="1E42E352" w14:textId="77777777" w:rsidR="00022335" w:rsidRPr="00856623" w:rsidRDefault="00022335" w:rsidP="001800A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33" w:type="dxa"/>
          </w:tcPr>
          <w:p w14:paraId="07177552" w14:textId="77777777" w:rsidR="00022335" w:rsidRPr="00856623" w:rsidRDefault="00022335" w:rsidP="001800A1">
            <w:pPr>
              <w:spacing w:line="236" w:lineRule="exact"/>
              <w:ind w:left="2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56623">
              <w:rPr>
                <w:rFonts w:ascii="Calibri" w:eastAsia="Calibri" w:hAnsi="Calibri" w:cs="Calibri"/>
                <w:w w:val="99"/>
                <w:sz w:val="20"/>
                <w:szCs w:val="20"/>
              </w:rPr>
              <w:t>R</w:t>
            </w:r>
          </w:p>
        </w:tc>
        <w:tc>
          <w:tcPr>
            <w:tcW w:w="521" w:type="dxa"/>
          </w:tcPr>
          <w:p w14:paraId="29FC72F4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1" w:type="dxa"/>
          </w:tcPr>
          <w:p w14:paraId="54D2BBE7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337F6EC7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5" w:type="dxa"/>
          </w:tcPr>
          <w:p w14:paraId="3AC98450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5FE5B77E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0ABD5317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1C294591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71" w:type="dxa"/>
          </w:tcPr>
          <w:p w14:paraId="765E8598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233801B8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36A6C018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362420CD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8" w:type="dxa"/>
          </w:tcPr>
          <w:p w14:paraId="230B2846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4" w:type="dxa"/>
          </w:tcPr>
          <w:p w14:paraId="7E14CA0F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7E98B055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387" w:type="dxa"/>
          </w:tcPr>
          <w:p w14:paraId="42B1BC11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tr w:rsidR="00022335" w:rsidRPr="00856623" w14:paraId="50C614BD" w14:textId="77777777" w:rsidTr="00022335">
        <w:trPr>
          <w:trHeight w:val="248"/>
        </w:trPr>
        <w:tc>
          <w:tcPr>
            <w:tcW w:w="4314" w:type="dxa"/>
            <w:gridSpan w:val="2"/>
            <w:vMerge w:val="restart"/>
          </w:tcPr>
          <w:p w14:paraId="12CE8D5E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833" w:type="dxa"/>
          </w:tcPr>
          <w:p w14:paraId="19121775" w14:textId="77777777" w:rsidR="00022335" w:rsidRPr="00856623" w:rsidRDefault="00022335" w:rsidP="001800A1">
            <w:pPr>
              <w:spacing w:line="236" w:lineRule="exact"/>
              <w:ind w:left="2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56623">
              <w:rPr>
                <w:rFonts w:ascii="Calibri" w:eastAsia="Calibri" w:hAnsi="Calibri" w:cs="Calibri"/>
                <w:w w:val="99"/>
                <w:sz w:val="20"/>
                <w:szCs w:val="20"/>
              </w:rPr>
              <w:t>P</w:t>
            </w:r>
          </w:p>
        </w:tc>
        <w:tc>
          <w:tcPr>
            <w:tcW w:w="521" w:type="dxa"/>
          </w:tcPr>
          <w:p w14:paraId="661AA1D8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1" w:type="dxa"/>
          </w:tcPr>
          <w:p w14:paraId="26BFBA1B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24536119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5" w:type="dxa"/>
          </w:tcPr>
          <w:p w14:paraId="2DC0B3E8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54C28B1F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465FF4CF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6A3F8D27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71" w:type="dxa"/>
          </w:tcPr>
          <w:p w14:paraId="2316F6D9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4308A8F7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3E46E62B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40F8E2AD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8" w:type="dxa"/>
          </w:tcPr>
          <w:p w14:paraId="271CE5A2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4" w:type="dxa"/>
          </w:tcPr>
          <w:p w14:paraId="1AA24914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5EDA33D8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387" w:type="dxa"/>
          </w:tcPr>
          <w:p w14:paraId="7403CC6B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tr w:rsidR="00022335" w:rsidRPr="00856623" w14:paraId="13FC5B74" w14:textId="77777777" w:rsidTr="00022335">
        <w:trPr>
          <w:trHeight w:val="249"/>
        </w:trPr>
        <w:tc>
          <w:tcPr>
            <w:tcW w:w="4314" w:type="dxa"/>
            <w:gridSpan w:val="2"/>
            <w:vMerge/>
            <w:tcBorders>
              <w:top w:val="nil"/>
            </w:tcBorders>
          </w:tcPr>
          <w:p w14:paraId="5A1677D7" w14:textId="77777777" w:rsidR="00022335" w:rsidRPr="00856623" w:rsidRDefault="00022335" w:rsidP="001800A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33" w:type="dxa"/>
          </w:tcPr>
          <w:p w14:paraId="2B006380" w14:textId="77777777" w:rsidR="00022335" w:rsidRPr="00856623" w:rsidRDefault="00022335" w:rsidP="001800A1">
            <w:pPr>
              <w:spacing w:line="236" w:lineRule="exact"/>
              <w:ind w:left="2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56623">
              <w:rPr>
                <w:rFonts w:ascii="Calibri" w:eastAsia="Calibri" w:hAnsi="Calibri" w:cs="Calibri"/>
                <w:w w:val="99"/>
                <w:sz w:val="20"/>
                <w:szCs w:val="20"/>
              </w:rPr>
              <w:t>R</w:t>
            </w:r>
          </w:p>
        </w:tc>
        <w:tc>
          <w:tcPr>
            <w:tcW w:w="521" w:type="dxa"/>
          </w:tcPr>
          <w:p w14:paraId="48F5EAA9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1" w:type="dxa"/>
          </w:tcPr>
          <w:p w14:paraId="1D3821F9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0D7C195D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5" w:type="dxa"/>
          </w:tcPr>
          <w:p w14:paraId="6CE5B855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43DD93E2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267F1A72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75265CFB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71" w:type="dxa"/>
          </w:tcPr>
          <w:p w14:paraId="5BC9F3A8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6D955237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147FEE30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0AE151A0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8" w:type="dxa"/>
          </w:tcPr>
          <w:p w14:paraId="010524B8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4" w:type="dxa"/>
          </w:tcPr>
          <w:p w14:paraId="3D5E6629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6981F907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387" w:type="dxa"/>
          </w:tcPr>
          <w:p w14:paraId="3A3B6772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tr w:rsidR="00022335" w:rsidRPr="00856623" w14:paraId="5E4233C4" w14:textId="77777777" w:rsidTr="00022335">
        <w:trPr>
          <w:trHeight w:val="248"/>
        </w:trPr>
        <w:tc>
          <w:tcPr>
            <w:tcW w:w="4314" w:type="dxa"/>
            <w:gridSpan w:val="2"/>
            <w:vMerge w:val="restart"/>
          </w:tcPr>
          <w:p w14:paraId="534D3F37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833" w:type="dxa"/>
          </w:tcPr>
          <w:p w14:paraId="557F0529" w14:textId="77777777" w:rsidR="00022335" w:rsidRPr="00856623" w:rsidRDefault="00022335" w:rsidP="001800A1">
            <w:pPr>
              <w:spacing w:line="236" w:lineRule="exact"/>
              <w:ind w:left="2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56623">
              <w:rPr>
                <w:rFonts w:ascii="Calibri" w:eastAsia="Calibri" w:hAnsi="Calibri" w:cs="Calibri"/>
                <w:w w:val="99"/>
                <w:sz w:val="20"/>
                <w:szCs w:val="20"/>
              </w:rPr>
              <w:t>P</w:t>
            </w:r>
          </w:p>
        </w:tc>
        <w:tc>
          <w:tcPr>
            <w:tcW w:w="521" w:type="dxa"/>
          </w:tcPr>
          <w:p w14:paraId="04F5CA1E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1" w:type="dxa"/>
          </w:tcPr>
          <w:p w14:paraId="64579AAB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0FD56DB0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5" w:type="dxa"/>
          </w:tcPr>
          <w:p w14:paraId="09DDAB11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17F87283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314DBC12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0E34C606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71" w:type="dxa"/>
          </w:tcPr>
          <w:p w14:paraId="199D9299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4D0DB6D2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222B7BD2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7939DF7B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8" w:type="dxa"/>
          </w:tcPr>
          <w:p w14:paraId="3C3F7ABA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4" w:type="dxa"/>
          </w:tcPr>
          <w:p w14:paraId="6A5413F3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368E3E13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387" w:type="dxa"/>
          </w:tcPr>
          <w:p w14:paraId="09F02EDB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tr w:rsidR="00022335" w:rsidRPr="00856623" w14:paraId="26C1C465" w14:textId="77777777" w:rsidTr="00022335">
        <w:trPr>
          <w:trHeight w:val="249"/>
        </w:trPr>
        <w:tc>
          <w:tcPr>
            <w:tcW w:w="4314" w:type="dxa"/>
            <w:gridSpan w:val="2"/>
            <w:vMerge/>
            <w:tcBorders>
              <w:top w:val="nil"/>
            </w:tcBorders>
          </w:tcPr>
          <w:p w14:paraId="2CC8C67D" w14:textId="77777777" w:rsidR="00022335" w:rsidRPr="00856623" w:rsidRDefault="00022335" w:rsidP="001800A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33" w:type="dxa"/>
          </w:tcPr>
          <w:p w14:paraId="2D736C8C" w14:textId="77777777" w:rsidR="00022335" w:rsidRPr="00856623" w:rsidRDefault="00022335" w:rsidP="001800A1">
            <w:pPr>
              <w:spacing w:line="236" w:lineRule="exact"/>
              <w:ind w:left="2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56623">
              <w:rPr>
                <w:rFonts w:ascii="Calibri" w:eastAsia="Calibri" w:hAnsi="Calibri" w:cs="Calibri"/>
                <w:w w:val="99"/>
                <w:sz w:val="20"/>
                <w:szCs w:val="20"/>
              </w:rPr>
              <w:t>R</w:t>
            </w:r>
          </w:p>
        </w:tc>
        <w:tc>
          <w:tcPr>
            <w:tcW w:w="521" w:type="dxa"/>
          </w:tcPr>
          <w:p w14:paraId="4018071C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1" w:type="dxa"/>
          </w:tcPr>
          <w:p w14:paraId="74D58540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3E65DE6A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5" w:type="dxa"/>
          </w:tcPr>
          <w:p w14:paraId="65124D37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0A29267A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67B5D495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45A95629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71" w:type="dxa"/>
          </w:tcPr>
          <w:p w14:paraId="0C5B2A4E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2072A9C9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69E84761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0F073965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8" w:type="dxa"/>
          </w:tcPr>
          <w:p w14:paraId="23319369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4" w:type="dxa"/>
          </w:tcPr>
          <w:p w14:paraId="3FF0F411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19D0109C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387" w:type="dxa"/>
          </w:tcPr>
          <w:p w14:paraId="5E1A01BE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tr w:rsidR="00022335" w:rsidRPr="00856623" w14:paraId="1EC30F97" w14:textId="77777777" w:rsidTr="00022335">
        <w:trPr>
          <w:trHeight w:val="249"/>
        </w:trPr>
        <w:tc>
          <w:tcPr>
            <w:tcW w:w="4314" w:type="dxa"/>
            <w:gridSpan w:val="2"/>
            <w:vMerge w:val="restart"/>
          </w:tcPr>
          <w:p w14:paraId="72981F85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833" w:type="dxa"/>
          </w:tcPr>
          <w:p w14:paraId="50FE206F" w14:textId="77777777" w:rsidR="00022335" w:rsidRPr="00856623" w:rsidRDefault="00022335" w:rsidP="001800A1">
            <w:pPr>
              <w:spacing w:line="236" w:lineRule="exact"/>
              <w:ind w:left="2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56623">
              <w:rPr>
                <w:rFonts w:ascii="Calibri" w:eastAsia="Calibri" w:hAnsi="Calibri" w:cs="Calibri"/>
                <w:w w:val="99"/>
                <w:sz w:val="20"/>
                <w:szCs w:val="20"/>
              </w:rPr>
              <w:t>P</w:t>
            </w:r>
          </w:p>
        </w:tc>
        <w:tc>
          <w:tcPr>
            <w:tcW w:w="521" w:type="dxa"/>
          </w:tcPr>
          <w:p w14:paraId="402F2A8D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1" w:type="dxa"/>
          </w:tcPr>
          <w:p w14:paraId="6C803019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0CC216DC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5" w:type="dxa"/>
          </w:tcPr>
          <w:p w14:paraId="0CF3BF6E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7E0399B4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6B2C77D0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23FD5648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71" w:type="dxa"/>
          </w:tcPr>
          <w:p w14:paraId="48E3DB67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6864D0B0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7EA6DAB5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62214BBC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8" w:type="dxa"/>
          </w:tcPr>
          <w:p w14:paraId="32636069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4" w:type="dxa"/>
          </w:tcPr>
          <w:p w14:paraId="29767250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400C3C8E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387" w:type="dxa"/>
          </w:tcPr>
          <w:p w14:paraId="307BF718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tr w:rsidR="00022335" w:rsidRPr="00856623" w14:paraId="18AB68C2" w14:textId="77777777" w:rsidTr="00022335">
        <w:trPr>
          <w:trHeight w:val="249"/>
        </w:trPr>
        <w:tc>
          <w:tcPr>
            <w:tcW w:w="4314" w:type="dxa"/>
            <w:gridSpan w:val="2"/>
            <w:vMerge/>
            <w:tcBorders>
              <w:top w:val="nil"/>
            </w:tcBorders>
          </w:tcPr>
          <w:p w14:paraId="3C39CC5A" w14:textId="77777777" w:rsidR="00022335" w:rsidRPr="00856623" w:rsidRDefault="00022335" w:rsidP="001800A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33" w:type="dxa"/>
          </w:tcPr>
          <w:p w14:paraId="106170E4" w14:textId="77777777" w:rsidR="00022335" w:rsidRPr="00856623" w:rsidRDefault="00022335" w:rsidP="001800A1">
            <w:pPr>
              <w:spacing w:line="237" w:lineRule="exact"/>
              <w:ind w:left="2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56623">
              <w:rPr>
                <w:rFonts w:ascii="Calibri" w:eastAsia="Calibri" w:hAnsi="Calibri" w:cs="Calibri"/>
                <w:w w:val="99"/>
                <w:sz w:val="20"/>
                <w:szCs w:val="20"/>
              </w:rPr>
              <w:t>R</w:t>
            </w:r>
          </w:p>
        </w:tc>
        <w:tc>
          <w:tcPr>
            <w:tcW w:w="521" w:type="dxa"/>
          </w:tcPr>
          <w:p w14:paraId="0534864A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1" w:type="dxa"/>
          </w:tcPr>
          <w:p w14:paraId="4B1085D8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53EB9BD0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5" w:type="dxa"/>
          </w:tcPr>
          <w:p w14:paraId="10C56D6E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0103D9E6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0BCB043B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066DFD57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71" w:type="dxa"/>
          </w:tcPr>
          <w:p w14:paraId="449CB089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4A2D4342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457A2812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7A60265C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8" w:type="dxa"/>
          </w:tcPr>
          <w:p w14:paraId="55AC7FDF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4" w:type="dxa"/>
          </w:tcPr>
          <w:p w14:paraId="55B26FF1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397D59E7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387" w:type="dxa"/>
          </w:tcPr>
          <w:p w14:paraId="18EEB53B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tr w:rsidR="00022335" w:rsidRPr="00856623" w14:paraId="08AB1913" w14:textId="77777777" w:rsidTr="00022335">
        <w:trPr>
          <w:trHeight w:val="248"/>
        </w:trPr>
        <w:tc>
          <w:tcPr>
            <w:tcW w:w="4314" w:type="dxa"/>
            <w:gridSpan w:val="2"/>
            <w:vMerge w:val="restart"/>
          </w:tcPr>
          <w:p w14:paraId="02DEA988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833" w:type="dxa"/>
          </w:tcPr>
          <w:p w14:paraId="331A6BB9" w14:textId="77777777" w:rsidR="00022335" w:rsidRPr="00856623" w:rsidRDefault="00022335" w:rsidP="001800A1">
            <w:pPr>
              <w:spacing w:line="236" w:lineRule="exact"/>
              <w:ind w:left="2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56623">
              <w:rPr>
                <w:rFonts w:ascii="Calibri" w:eastAsia="Calibri" w:hAnsi="Calibri" w:cs="Calibri"/>
                <w:w w:val="99"/>
                <w:sz w:val="20"/>
                <w:szCs w:val="20"/>
              </w:rPr>
              <w:t>P</w:t>
            </w:r>
          </w:p>
        </w:tc>
        <w:tc>
          <w:tcPr>
            <w:tcW w:w="521" w:type="dxa"/>
          </w:tcPr>
          <w:p w14:paraId="17A35D39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1" w:type="dxa"/>
          </w:tcPr>
          <w:p w14:paraId="713C02FC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264B6EFD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5" w:type="dxa"/>
          </w:tcPr>
          <w:p w14:paraId="36EDBA0D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59074BE7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07F7CC31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48611D29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71" w:type="dxa"/>
          </w:tcPr>
          <w:p w14:paraId="50A891EC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6DF2F761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1D092C9E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04015DED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8" w:type="dxa"/>
          </w:tcPr>
          <w:p w14:paraId="437D0D3D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4" w:type="dxa"/>
          </w:tcPr>
          <w:p w14:paraId="2F71A338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358F6ED1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387" w:type="dxa"/>
          </w:tcPr>
          <w:p w14:paraId="5A9B08BD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tr w:rsidR="00022335" w:rsidRPr="00856623" w14:paraId="6E416AA6" w14:textId="77777777" w:rsidTr="00022335">
        <w:trPr>
          <w:trHeight w:val="249"/>
        </w:trPr>
        <w:tc>
          <w:tcPr>
            <w:tcW w:w="4314" w:type="dxa"/>
            <w:gridSpan w:val="2"/>
            <w:vMerge/>
            <w:tcBorders>
              <w:top w:val="nil"/>
            </w:tcBorders>
          </w:tcPr>
          <w:p w14:paraId="26ED9C49" w14:textId="77777777" w:rsidR="00022335" w:rsidRPr="00856623" w:rsidRDefault="00022335" w:rsidP="001800A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33" w:type="dxa"/>
          </w:tcPr>
          <w:p w14:paraId="049160B5" w14:textId="77777777" w:rsidR="00022335" w:rsidRPr="00856623" w:rsidRDefault="00022335" w:rsidP="001800A1">
            <w:pPr>
              <w:spacing w:line="236" w:lineRule="exact"/>
              <w:ind w:left="2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56623">
              <w:rPr>
                <w:rFonts w:ascii="Calibri" w:eastAsia="Calibri" w:hAnsi="Calibri" w:cs="Calibri"/>
                <w:w w:val="99"/>
                <w:sz w:val="20"/>
                <w:szCs w:val="20"/>
              </w:rPr>
              <w:t>R</w:t>
            </w:r>
          </w:p>
        </w:tc>
        <w:tc>
          <w:tcPr>
            <w:tcW w:w="521" w:type="dxa"/>
          </w:tcPr>
          <w:p w14:paraId="5837BE78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1" w:type="dxa"/>
          </w:tcPr>
          <w:p w14:paraId="6D92DCB4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3629E0CC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5" w:type="dxa"/>
          </w:tcPr>
          <w:p w14:paraId="7FA1D23D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7E0B7015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17D7D4A3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4E052032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71" w:type="dxa"/>
          </w:tcPr>
          <w:p w14:paraId="35B0F3BC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60833768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24F16EE5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5D38000F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8" w:type="dxa"/>
          </w:tcPr>
          <w:p w14:paraId="48673A7B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4" w:type="dxa"/>
          </w:tcPr>
          <w:p w14:paraId="3B3B6444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522" w:type="dxa"/>
          </w:tcPr>
          <w:p w14:paraId="70824789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387" w:type="dxa"/>
          </w:tcPr>
          <w:p w14:paraId="50FF53DF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tr w:rsidR="00022335" w:rsidRPr="00856623" w14:paraId="41ED6834" w14:textId="77777777" w:rsidTr="00022335">
        <w:trPr>
          <w:trHeight w:val="761"/>
        </w:trPr>
        <w:tc>
          <w:tcPr>
            <w:tcW w:w="5147" w:type="dxa"/>
            <w:gridSpan w:val="3"/>
          </w:tcPr>
          <w:p w14:paraId="5EA55DEF" w14:textId="77777777" w:rsidR="00022335" w:rsidRPr="00856623" w:rsidRDefault="00022335" w:rsidP="001800A1">
            <w:pPr>
              <w:spacing w:line="255" w:lineRule="exact"/>
              <w:ind w:left="35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856623">
              <w:rPr>
                <w:rFonts w:ascii="Calibri" w:eastAsia="Calibri" w:hAnsi="Calibri" w:cs="Calibri"/>
                <w:b/>
                <w:sz w:val="20"/>
                <w:szCs w:val="20"/>
              </w:rPr>
              <w:t>OBSERVACIONES</w:t>
            </w:r>
          </w:p>
        </w:tc>
        <w:tc>
          <w:tcPr>
            <w:tcW w:w="2089" w:type="dxa"/>
            <w:gridSpan w:val="4"/>
          </w:tcPr>
          <w:p w14:paraId="09118EF1" w14:textId="77777777" w:rsidR="00022335" w:rsidRPr="00856623" w:rsidRDefault="00022335" w:rsidP="001800A1">
            <w:pPr>
              <w:spacing w:before="116"/>
              <w:ind w:left="113" w:right="95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856623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DEL  AL  DE </w:t>
            </w:r>
          </w:p>
          <w:p w14:paraId="01A5635C" w14:textId="77777777" w:rsidR="00022335" w:rsidRPr="00856623" w:rsidRDefault="00022335" w:rsidP="001800A1">
            <w:pPr>
              <w:spacing w:before="20"/>
              <w:ind w:left="113" w:right="92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37" w:type="dxa"/>
            <w:gridSpan w:val="4"/>
          </w:tcPr>
          <w:p w14:paraId="40E16F8D" w14:textId="77777777" w:rsidR="00022335" w:rsidRPr="00856623" w:rsidRDefault="00022335" w:rsidP="001800A1">
            <w:pPr>
              <w:spacing w:before="116"/>
              <w:ind w:left="112" w:right="97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856623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DEL  AL  DE </w:t>
            </w:r>
          </w:p>
          <w:p w14:paraId="238157BB" w14:textId="77777777" w:rsidR="00022335" w:rsidRPr="00856623" w:rsidRDefault="00022335" w:rsidP="001800A1">
            <w:pPr>
              <w:spacing w:before="20"/>
              <w:ind w:left="112" w:right="94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094" w:type="dxa"/>
            <w:gridSpan w:val="4"/>
          </w:tcPr>
          <w:p w14:paraId="340F6844" w14:textId="77777777" w:rsidR="00022335" w:rsidRPr="00856623" w:rsidRDefault="00022335" w:rsidP="001800A1">
            <w:pPr>
              <w:spacing w:before="116"/>
              <w:ind w:left="99" w:right="82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856623">
              <w:rPr>
                <w:rFonts w:ascii="Calibri" w:eastAsia="Calibri" w:hAnsi="Calibri" w:cs="Calibri"/>
                <w:b/>
                <w:sz w:val="20"/>
                <w:szCs w:val="20"/>
              </w:rPr>
              <w:t>DEL  AL DE</w:t>
            </w:r>
          </w:p>
          <w:p w14:paraId="4E1FCF8B" w14:textId="77777777" w:rsidR="00022335" w:rsidRPr="00856623" w:rsidRDefault="00022335" w:rsidP="001800A1">
            <w:pPr>
              <w:spacing w:before="20"/>
              <w:ind w:left="99" w:right="82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433" w:type="dxa"/>
            <w:gridSpan w:val="3"/>
          </w:tcPr>
          <w:p w14:paraId="3569F558" w14:textId="77777777" w:rsidR="00022335" w:rsidRPr="00856623" w:rsidRDefault="00022335" w:rsidP="001800A1">
            <w:pPr>
              <w:spacing w:before="1"/>
              <w:ind w:left="102" w:right="86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856623">
              <w:rPr>
                <w:rFonts w:ascii="Calibri" w:eastAsia="Calibri" w:hAnsi="Calibri" w:cs="Calibri"/>
                <w:b/>
                <w:sz w:val="20"/>
                <w:szCs w:val="20"/>
              </w:rPr>
              <w:t>DEL  AL  DE</w:t>
            </w:r>
          </w:p>
          <w:p w14:paraId="3CF5EF62" w14:textId="77777777" w:rsidR="00022335" w:rsidRPr="00856623" w:rsidRDefault="00022335" w:rsidP="001800A1">
            <w:pPr>
              <w:spacing w:before="20"/>
              <w:ind w:left="102" w:right="84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022335" w:rsidRPr="00856623" w14:paraId="6D932DBF" w14:textId="77777777" w:rsidTr="00022335">
        <w:trPr>
          <w:trHeight w:val="288"/>
        </w:trPr>
        <w:tc>
          <w:tcPr>
            <w:tcW w:w="2256" w:type="dxa"/>
            <w:vMerge w:val="restart"/>
          </w:tcPr>
          <w:p w14:paraId="4BC3786B" w14:textId="77777777" w:rsidR="00022335" w:rsidRPr="00856623" w:rsidRDefault="00022335" w:rsidP="001800A1">
            <w:pPr>
              <w:spacing w:before="3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4EF7F6F" w14:textId="77777777" w:rsidR="00022335" w:rsidRPr="00856623" w:rsidRDefault="00022335" w:rsidP="001800A1">
            <w:pPr>
              <w:ind w:left="4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856623">
              <w:rPr>
                <w:rFonts w:ascii="Calibri" w:eastAsia="Calibri" w:hAnsi="Calibri" w:cs="Calibri"/>
                <w:b/>
                <w:sz w:val="20"/>
                <w:szCs w:val="20"/>
              </w:rPr>
              <w:t>ENTREGA DE</w:t>
            </w:r>
            <w:r w:rsidRPr="00856623">
              <w:rPr>
                <w:rFonts w:ascii="Calibri" w:eastAsia="Calibri" w:hAnsi="Calibri" w:cs="Calibri"/>
                <w:b/>
                <w:spacing w:val="-24"/>
                <w:sz w:val="20"/>
                <w:szCs w:val="20"/>
              </w:rPr>
              <w:t xml:space="preserve"> </w:t>
            </w:r>
            <w:r w:rsidRPr="00856623">
              <w:rPr>
                <w:rFonts w:ascii="Calibri" w:eastAsia="Calibri" w:hAnsi="Calibri" w:cs="Calibri"/>
                <w:b/>
                <w:sz w:val="20"/>
                <w:szCs w:val="20"/>
              </w:rPr>
              <w:t>REPORTES</w:t>
            </w:r>
          </w:p>
        </w:tc>
        <w:tc>
          <w:tcPr>
            <w:tcW w:w="2891" w:type="dxa"/>
            <w:gridSpan w:val="2"/>
          </w:tcPr>
          <w:p w14:paraId="12F881A5" w14:textId="77777777" w:rsidR="00022335" w:rsidRPr="00856623" w:rsidRDefault="00022335" w:rsidP="001800A1">
            <w:pPr>
              <w:spacing w:before="39" w:line="237" w:lineRule="exact"/>
              <w:ind w:left="27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856623">
              <w:rPr>
                <w:rFonts w:ascii="Calibri" w:eastAsia="Calibri" w:hAnsi="Calibri" w:cs="Calibri"/>
                <w:b/>
                <w:sz w:val="20"/>
                <w:szCs w:val="20"/>
              </w:rPr>
              <w:t>ALUMNO</w:t>
            </w:r>
          </w:p>
        </w:tc>
        <w:tc>
          <w:tcPr>
            <w:tcW w:w="2089" w:type="dxa"/>
            <w:gridSpan w:val="4"/>
          </w:tcPr>
          <w:p w14:paraId="629252E2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2137" w:type="dxa"/>
            <w:gridSpan w:val="4"/>
          </w:tcPr>
          <w:p w14:paraId="22828DEE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2094" w:type="dxa"/>
            <w:gridSpan w:val="4"/>
          </w:tcPr>
          <w:p w14:paraId="058BB789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1433" w:type="dxa"/>
            <w:gridSpan w:val="3"/>
          </w:tcPr>
          <w:p w14:paraId="5C0CAE9A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tr w:rsidR="00022335" w:rsidRPr="00856623" w14:paraId="1C183D93" w14:textId="77777777" w:rsidTr="00022335">
        <w:trPr>
          <w:trHeight w:val="274"/>
        </w:trPr>
        <w:tc>
          <w:tcPr>
            <w:tcW w:w="2256" w:type="dxa"/>
            <w:vMerge/>
            <w:tcBorders>
              <w:top w:val="nil"/>
            </w:tcBorders>
          </w:tcPr>
          <w:p w14:paraId="424EF67E" w14:textId="77777777" w:rsidR="00022335" w:rsidRPr="00856623" w:rsidRDefault="00022335" w:rsidP="001800A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891" w:type="dxa"/>
            <w:gridSpan w:val="2"/>
          </w:tcPr>
          <w:p w14:paraId="6A530E39" w14:textId="77777777" w:rsidR="00022335" w:rsidRPr="00856623" w:rsidRDefault="00022335" w:rsidP="001800A1">
            <w:pPr>
              <w:spacing w:before="25" w:line="237" w:lineRule="exact"/>
              <w:ind w:left="27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856623">
              <w:rPr>
                <w:rFonts w:ascii="Calibri" w:eastAsia="Calibri" w:hAnsi="Calibri" w:cs="Calibri"/>
                <w:b/>
                <w:sz w:val="20"/>
                <w:szCs w:val="20"/>
              </w:rPr>
              <w:t>ASESOR INTERNO</w:t>
            </w:r>
          </w:p>
        </w:tc>
        <w:tc>
          <w:tcPr>
            <w:tcW w:w="2089" w:type="dxa"/>
            <w:gridSpan w:val="4"/>
          </w:tcPr>
          <w:p w14:paraId="0F55815E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2137" w:type="dxa"/>
            <w:gridSpan w:val="4"/>
          </w:tcPr>
          <w:p w14:paraId="5E50B2C3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2094" w:type="dxa"/>
            <w:gridSpan w:val="4"/>
          </w:tcPr>
          <w:p w14:paraId="58E6C4D8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1433" w:type="dxa"/>
            <w:gridSpan w:val="3"/>
          </w:tcPr>
          <w:p w14:paraId="281A82CA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tr w:rsidR="00022335" w:rsidRPr="00856623" w14:paraId="375FD575" w14:textId="77777777" w:rsidTr="00022335">
        <w:trPr>
          <w:trHeight w:val="289"/>
        </w:trPr>
        <w:tc>
          <w:tcPr>
            <w:tcW w:w="2256" w:type="dxa"/>
            <w:vMerge/>
            <w:tcBorders>
              <w:top w:val="nil"/>
            </w:tcBorders>
          </w:tcPr>
          <w:p w14:paraId="68FF0119" w14:textId="77777777" w:rsidR="00022335" w:rsidRPr="00856623" w:rsidRDefault="00022335" w:rsidP="001800A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891" w:type="dxa"/>
            <w:gridSpan w:val="2"/>
          </w:tcPr>
          <w:p w14:paraId="19DA0DFA" w14:textId="77777777" w:rsidR="00022335" w:rsidRPr="00856623" w:rsidRDefault="00022335" w:rsidP="001800A1">
            <w:pPr>
              <w:spacing w:before="40" w:line="237" w:lineRule="exact"/>
              <w:ind w:left="27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856623">
              <w:rPr>
                <w:rFonts w:ascii="Calibri" w:eastAsia="Calibri" w:hAnsi="Calibri" w:cs="Calibri"/>
                <w:b/>
                <w:sz w:val="20"/>
                <w:szCs w:val="20"/>
              </w:rPr>
              <w:t>ASESOR EXTERNO</w:t>
            </w:r>
          </w:p>
        </w:tc>
        <w:tc>
          <w:tcPr>
            <w:tcW w:w="2089" w:type="dxa"/>
            <w:gridSpan w:val="4"/>
          </w:tcPr>
          <w:p w14:paraId="5D56E6E4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2137" w:type="dxa"/>
            <w:gridSpan w:val="4"/>
          </w:tcPr>
          <w:p w14:paraId="69E4A612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2094" w:type="dxa"/>
            <w:gridSpan w:val="4"/>
          </w:tcPr>
          <w:p w14:paraId="03C3FA4D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1433" w:type="dxa"/>
            <w:gridSpan w:val="3"/>
          </w:tcPr>
          <w:p w14:paraId="106615D2" w14:textId="77777777" w:rsidR="00022335" w:rsidRPr="00856623" w:rsidRDefault="00022335" w:rsidP="001800A1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</w:tbl>
    <w:p w14:paraId="2DCF9239" w14:textId="77777777" w:rsidR="006F524C" w:rsidRDefault="006F524C" w:rsidP="006109CB">
      <w:pPr>
        <w:rPr>
          <w:i/>
          <w:iCs/>
        </w:rPr>
      </w:pPr>
    </w:p>
    <w:p w14:paraId="3EF696E9" w14:textId="77777777" w:rsidR="006F524C" w:rsidRDefault="006F524C" w:rsidP="006109CB">
      <w:pPr>
        <w:rPr>
          <w:i/>
          <w:iCs/>
        </w:rPr>
      </w:pPr>
    </w:p>
    <w:p w14:paraId="7602E236" w14:textId="77777777" w:rsidR="006F524C" w:rsidRDefault="006F524C" w:rsidP="006109CB">
      <w:pPr>
        <w:rPr>
          <w:i/>
          <w:iCs/>
        </w:rPr>
      </w:pPr>
    </w:p>
    <w:p w14:paraId="794643A7" w14:textId="77777777" w:rsidR="006F524C" w:rsidRDefault="006F524C" w:rsidP="006109CB">
      <w:pPr>
        <w:rPr>
          <w:i/>
          <w:iCs/>
        </w:rPr>
      </w:pPr>
    </w:p>
    <w:p w14:paraId="3033B4F7" w14:textId="77777777" w:rsidR="006F524C" w:rsidRDefault="006F524C" w:rsidP="006109CB">
      <w:pPr>
        <w:rPr>
          <w:i/>
          <w:iCs/>
        </w:rPr>
      </w:pPr>
    </w:p>
    <w:p w14:paraId="33147504" w14:textId="77777777" w:rsidR="006F524C" w:rsidRDefault="006F524C" w:rsidP="006109CB">
      <w:pPr>
        <w:rPr>
          <w:i/>
          <w:iCs/>
        </w:rPr>
      </w:pPr>
    </w:p>
    <w:p w14:paraId="39404D23" w14:textId="7ED9AEEB" w:rsidR="006109CB" w:rsidRPr="006109CB" w:rsidRDefault="006109CB" w:rsidP="006109CB">
      <w:pPr>
        <w:tabs>
          <w:tab w:val="left" w:pos="2025"/>
        </w:tabs>
      </w:pPr>
    </w:p>
    <w:sectPr w:rsidR="006109CB" w:rsidRPr="006109CB" w:rsidSect="00337545">
      <w:headerReference w:type="default" r:id="rId8"/>
      <w:footerReference w:type="default" r:id="rId9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B9983" w14:textId="77777777" w:rsidR="008A3EB8" w:rsidRDefault="008A3EB8" w:rsidP="00D90C05">
      <w:pPr>
        <w:spacing w:after="0" w:line="240" w:lineRule="auto"/>
      </w:pPr>
      <w:r>
        <w:separator/>
      </w:r>
    </w:p>
  </w:endnote>
  <w:endnote w:type="continuationSeparator" w:id="0">
    <w:p w14:paraId="4ACF43F8" w14:textId="77777777" w:rsidR="008A3EB8" w:rsidRDefault="008A3EB8" w:rsidP="00D90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A1318" w14:textId="41282A6A" w:rsidR="0029476F" w:rsidRPr="0029476F" w:rsidRDefault="00337545" w:rsidP="0029476F"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1EC4AE5A" wp14:editId="0FB5CA93">
              <wp:simplePos x="0" y="0"/>
              <wp:positionH relativeFrom="column">
                <wp:posOffset>3599815</wp:posOffset>
              </wp:positionH>
              <wp:positionV relativeFrom="paragraph">
                <wp:posOffset>-62865</wp:posOffset>
              </wp:positionV>
              <wp:extent cx="5271135" cy="429260"/>
              <wp:effectExtent l="0" t="0" r="0" b="0"/>
              <wp:wrapNone/>
              <wp:docPr id="214632268" name="Grupo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1135" cy="429260"/>
                        <a:chOff x="0" y="0"/>
                        <a:chExt cx="5271262" cy="429311"/>
                      </a:xfrm>
                    </wpg:grpSpPr>
                    <pic:pic xmlns:pic="http://schemas.openxmlformats.org/drawingml/2006/picture">
                      <pic:nvPicPr>
                        <pic:cNvPr id="1132021722" name="Imagen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4118458" y="65837"/>
                          <a:ext cx="161925" cy="1619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14821213" name="Imagen 10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80467"/>
                          <a:ext cx="131445" cy="1809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998175251" name="Imagen 9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duotone>
                            <a:prstClr val="black"/>
                            <a:schemeClr val="accent1">
                              <a:tint val="45000"/>
                              <a:satMod val="400000"/>
                            </a:schemeClr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4">
                                  <a14:imgEffect>
                                    <a14:artisticPhotocopy/>
                                  </a14:imgEffect>
                                  <a14:imgEffect>
                                    <a14:colorTemperature colorTemp="112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84832" y="65837"/>
                          <a:ext cx="152400" cy="1524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63242626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2165299" y="14630"/>
                          <a:ext cx="84772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B676B" w14:textId="41D4BB1D" w:rsidR="00A55C4C" w:rsidRPr="00A55C4C" w:rsidRDefault="00A55C4C" w:rsidP="00A55C4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55C4C">
                              <w:rPr>
                                <w:sz w:val="16"/>
                                <w:szCs w:val="16"/>
                              </w:rPr>
                              <w:t>753 130 6154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392183646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3167482" y="0"/>
                          <a:ext cx="84772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E82B6" w14:textId="2D4425AA" w:rsidR="00A55C4C" w:rsidRPr="00A55C4C" w:rsidRDefault="00A55C4C" w:rsidP="00A55C4C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</w:t>
                            </w:r>
                            <w:r w:rsidRPr="00A55C4C">
                              <w:rPr>
                                <w:sz w:val="16"/>
                                <w:szCs w:val="16"/>
                              </w:rPr>
                              <w:t>nformacion@uplc.edu.mx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374170201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4279392" y="14630"/>
                          <a:ext cx="99187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A571D" w14:textId="1BA4F05C" w:rsidR="00A55C4C" w:rsidRPr="00A55C4C" w:rsidRDefault="00A55C4C" w:rsidP="00A55C4C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A55C4C">
                              <w:rPr>
                                <w:sz w:val="16"/>
                                <w:szCs w:val="16"/>
                              </w:rPr>
                              <w:t>www.uplc.edu.mx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38607179" name="Imagen 8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06547" y="87782"/>
                          <a:ext cx="180975" cy="1809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79038544" name="Conector recto 12"/>
                      <wps:cNvCnPr/>
                      <wps:spPr>
                        <a:xfrm>
                          <a:off x="2024939" y="33680"/>
                          <a:ext cx="0" cy="2286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B8F6A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091208811" name="Conector recto 12"/>
                      <wps:cNvCnPr/>
                      <wps:spPr>
                        <a:xfrm>
                          <a:off x="2932024" y="33680"/>
                          <a:ext cx="0" cy="2286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B8F6A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79593237" name="Conector recto 12"/>
                      <wps:cNvCnPr/>
                      <wps:spPr>
                        <a:xfrm>
                          <a:off x="4058564" y="33680"/>
                          <a:ext cx="0" cy="2286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B8F6A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89802187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124358" y="29261"/>
                          <a:ext cx="185737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43854" w14:textId="7482D777" w:rsidR="00A55C4C" w:rsidRPr="00A55C4C" w:rsidRDefault="00A55C4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55C4C">
                              <w:rPr>
                                <w:sz w:val="16"/>
                                <w:szCs w:val="16"/>
                              </w:rPr>
                              <w:t>Carretera La Orilla - La Mira KM 1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+</w:t>
                            </w:r>
                            <w:r w:rsidRPr="00A55C4C">
                              <w:rPr>
                                <w:sz w:val="16"/>
                                <w:szCs w:val="16"/>
                              </w:rPr>
                              <w:t>56 Colonia: La Orilla C.P. 60998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EC4AE5A" id="Grupo 10" o:spid="_x0000_s1026" style="position:absolute;margin-left:283.45pt;margin-top:-4.95pt;width:415.05pt;height:33.8pt;z-index:251666432" coordsize="52712,4293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7" o:spid="_x0000_s1027" type="#_x0000_t75" style="position:absolute;left:41184;top:658;width:1619;height:161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">
                <v:imagedata r:id="rId6" o:title="" recolortarget="#203957 [1444]"/>
              </v:shape>
              <v:shape id="Imagen 10" o:spid="_x0000_s1028" type="#_x0000_t75" style="position:absolute;top:804;width:1314;height:1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">
                <v:imagedata r:id="rId7" o:title="" recolortarget="#203957 [1444]"/>
              </v:shape>
              <v:shape id="Imagen 9" o:spid="_x0000_s1029" type="#_x0000_t75" style="position:absolute;left:20848;top:658;width:152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">
                <v:imagedata r:id="rId8" o:title="" recolortarget="black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30" type="#_x0000_t202" style="position:absolute;left:21652;top:146;width:8478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" filled="f" stroked="f">
                <v:textbox>
                  <w:txbxContent>
                    <w:p w14:paraId="440B676B" w14:textId="41D4BB1D" w:rsidR="00A55C4C" w:rsidRPr="00A55C4C" w:rsidRDefault="00A55C4C" w:rsidP="00A55C4C">
                      <w:pPr>
                        <w:rPr>
                          <w:sz w:val="16"/>
                          <w:szCs w:val="16"/>
                        </w:rPr>
                      </w:pPr>
                      <w:r w:rsidRPr="00A55C4C">
                        <w:rPr>
                          <w:sz w:val="16"/>
                          <w:szCs w:val="16"/>
                        </w:rPr>
                        <w:t>753 130 6154</w:t>
                      </w:r>
                    </w:p>
                  </w:txbxContent>
                </v:textbox>
              </v:shape>
              <v:shape id="Cuadro de texto 2" o:spid="_x0000_s1031" type="#_x0000_t202" style="position:absolute;left:31674;width:8478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" filled="f" stroked="f">
                <v:textbox>
                  <w:txbxContent>
                    <w:p w14:paraId="478E82B6" w14:textId="2D4425AA" w:rsidR="00A55C4C" w:rsidRPr="00A55C4C" w:rsidRDefault="00A55C4C" w:rsidP="00A55C4C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</w:t>
                      </w:r>
                      <w:r w:rsidRPr="00A55C4C">
                        <w:rPr>
                          <w:sz w:val="16"/>
                          <w:szCs w:val="16"/>
                        </w:rPr>
                        <w:t>nformacion@uplc.edu.mx</w:t>
                      </w:r>
                    </w:p>
                  </w:txbxContent>
                </v:textbox>
              </v:shape>
              <v:shape id="Cuadro de texto 2" o:spid="_x0000_s1032" type="#_x0000_t202" style="position:absolute;left:42793;top:146;width:9919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" filled="f" stroked="f">
                <v:textbox>
                  <w:txbxContent>
                    <w:p w14:paraId="0DDA571D" w14:textId="1BA4F05C" w:rsidR="00A55C4C" w:rsidRPr="00A55C4C" w:rsidRDefault="00A55C4C" w:rsidP="00A55C4C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  <w:r w:rsidRPr="00A55C4C">
                        <w:rPr>
                          <w:sz w:val="16"/>
                          <w:szCs w:val="16"/>
                        </w:rPr>
                        <w:t>www.uplc.edu.mx</w:t>
                      </w:r>
                    </w:p>
                  </w:txbxContent>
                </v:textbox>
              </v:shape>
              <v:shape id="Imagen 8" o:spid="_x0000_s1033" type="#_x0000_t75" style="position:absolute;left:30065;top:877;width:1810;height:1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">
                <v:imagedata r:id="rId9" o:title="" recolortarget="#203957 [1444]"/>
              </v:shape>
              <v:line id="Conector recto 12" o:spid="_x0000_s1034" style="position:absolute;visibility:visible;mso-wrap-style:square" from="20249,336" to="20249,2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" strokecolor="#1b8f6a" strokeweight="1.5pt">
                <v:shadow on="t" color="black" opacity="24903f" origin=",.5" offset="0,.55556mm"/>
              </v:line>
              <v:line id="Conector recto 12" o:spid="_x0000_s1035" style="position:absolute;visibility:visible;mso-wrap-style:square" from="29320,336" to="29320,2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" strokecolor="#1b8f6a" strokeweight="1.5pt">
                <v:shadow on="t" color="black" opacity="24903f" origin=",.5" offset="0,.55556mm"/>
              </v:line>
              <v:line id="Conector recto 12" o:spid="_x0000_s1036" style="position:absolute;visibility:visible;mso-wrap-style:square" from="40585,336" to="40585,2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" strokecolor="#1b8f6a" strokeweight="1.5pt">
                <v:shadow on="t" color="black" opacity="24903f" origin=",.5" offset="0,.55556mm"/>
              </v:line>
              <v:shape id="Cuadro de texto 2" o:spid="_x0000_s1037" type="#_x0000_t202" style="position:absolute;left:1243;top:292;width:18574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" filled="f" stroked="f">
                <v:textbox>
                  <w:txbxContent>
                    <w:p w14:paraId="76A43854" w14:textId="7482D777" w:rsidR="00A55C4C" w:rsidRPr="00A55C4C" w:rsidRDefault="00A55C4C">
                      <w:pPr>
                        <w:rPr>
                          <w:sz w:val="16"/>
                          <w:szCs w:val="16"/>
                        </w:rPr>
                      </w:pPr>
                      <w:r w:rsidRPr="00A55C4C">
                        <w:rPr>
                          <w:sz w:val="16"/>
                          <w:szCs w:val="16"/>
                        </w:rPr>
                        <w:t>Carretera La Orilla - La Mira KM 1</w:t>
                      </w:r>
                      <w:r>
                        <w:rPr>
                          <w:sz w:val="16"/>
                          <w:szCs w:val="16"/>
                        </w:rPr>
                        <w:t>+</w:t>
                      </w:r>
                      <w:r w:rsidRPr="00A55C4C">
                        <w:rPr>
                          <w:sz w:val="16"/>
                          <w:szCs w:val="16"/>
                        </w:rPr>
                        <w:t>56 Colonia: La Orilla C.P. 60998</w:t>
                      </w:r>
                    </w:p>
                  </w:txbxContent>
                </v:textbox>
              </v:shape>
            </v:group>
          </w:pict>
        </mc:Fallback>
      </mc:AlternateContent>
    </w:r>
    <w:r w:rsidR="00D30241">
      <w:rPr>
        <w:noProof/>
      </w:rPr>
      <w:drawing>
        <wp:anchor distT="0" distB="0" distL="114300" distR="114300" simplePos="0" relativeHeight="251667456" behindDoc="0" locked="0" layoutInCell="1" allowOverlap="1" wp14:anchorId="7596482B" wp14:editId="3CF0088A">
          <wp:simplePos x="0" y="0"/>
          <wp:positionH relativeFrom="column">
            <wp:posOffset>-1143000</wp:posOffset>
          </wp:positionH>
          <wp:positionV relativeFrom="paragraph">
            <wp:posOffset>-252137</wp:posOffset>
          </wp:positionV>
          <wp:extent cx="6269990" cy="851588"/>
          <wp:effectExtent l="0" t="0" r="0" b="5715"/>
          <wp:wrapNone/>
          <wp:docPr id="1359746197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9746197" name="Imagen 1359746197"/>
                  <pic:cNvPicPr/>
                </pic:nvPicPr>
                <pic:blipFill>
                  <a:blip r:embed="rId10"/>
                  <a:stretch>
                    <a:fillRect/>
                  </a:stretch>
                </pic:blipFill>
                <pic:spPr>
                  <a:xfrm>
                    <a:off x="0" y="0"/>
                    <a:ext cx="6324728" cy="8590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9C19B" w14:textId="77777777" w:rsidR="008A3EB8" w:rsidRDefault="008A3EB8" w:rsidP="00D90C05">
      <w:pPr>
        <w:spacing w:after="0" w:line="240" w:lineRule="auto"/>
      </w:pPr>
      <w:r>
        <w:separator/>
      </w:r>
    </w:p>
  </w:footnote>
  <w:footnote w:type="continuationSeparator" w:id="0">
    <w:p w14:paraId="7D3DEE21" w14:textId="77777777" w:rsidR="008A3EB8" w:rsidRDefault="008A3EB8" w:rsidP="00D90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08ED6" w14:textId="0CFBD517" w:rsidR="00D90C05" w:rsidRDefault="00337545">
    <w:pPr>
      <w:pStyle w:val="Encabezado"/>
    </w:pPr>
    <w:r>
      <w:rPr>
        <w:noProof/>
      </w:rPr>
      <w:drawing>
        <wp:anchor distT="0" distB="0" distL="114300" distR="114300" simplePos="0" relativeHeight="251656192" behindDoc="0" locked="0" layoutInCell="1" allowOverlap="1" wp14:anchorId="7A943C09" wp14:editId="2B11E24F">
          <wp:simplePos x="0" y="0"/>
          <wp:positionH relativeFrom="column">
            <wp:posOffset>2526665</wp:posOffset>
          </wp:positionH>
          <wp:positionV relativeFrom="paragraph">
            <wp:posOffset>-163830</wp:posOffset>
          </wp:positionV>
          <wp:extent cx="1799590" cy="497840"/>
          <wp:effectExtent l="0" t="0" r="0" b="0"/>
          <wp:wrapNone/>
          <wp:docPr id="40704358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7043586" name="Imagen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99590" cy="497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296C208" wp14:editId="11A30B9F">
          <wp:simplePos x="0" y="0"/>
          <wp:positionH relativeFrom="column">
            <wp:posOffset>5264156</wp:posOffset>
          </wp:positionH>
          <wp:positionV relativeFrom="paragraph">
            <wp:posOffset>-219710</wp:posOffset>
          </wp:positionV>
          <wp:extent cx="1066800" cy="533400"/>
          <wp:effectExtent l="0" t="0" r="0" b="0"/>
          <wp:wrapNone/>
          <wp:docPr id="2026327409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6327409" name="Imagen 10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66800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8F22797" wp14:editId="3A616E3C">
          <wp:simplePos x="0" y="0"/>
          <wp:positionH relativeFrom="column">
            <wp:posOffset>6871970</wp:posOffset>
          </wp:positionH>
          <wp:positionV relativeFrom="paragraph">
            <wp:posOffset>-238760</wp:posOffset>
          </wp:positionV>
          <wp:extent cx="1141730" cy="480695"/>
          <wp:effectExtent l="0" t="0" r="1270" b="0"/>
          <wp:wrapNone/>
          <wp:docPr id="1559238229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38229" name="Imagen 3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1730" cy="480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7ACA62C4" wp14:editId="097170B4">
              <wp:simplePos x="0" y="0"/>
              <wp:positionH relativeFrom="margin">
                <wp:align>right</wp:align>
              </wp:positionH>
              <wp:positionV relativeFrom="paragraph">
                <wp:posOffset>352425</wp:posOffset>
              </wp:positionV>
              <wp:extent cx="8734425" cy="66675"/>
              <wp:effectExtent l="38100" t="38100" r="66675" b="85725"/>
              <wp:wrapNone/>
              <wp:docPr id="870097490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8734425" cy="66675"/>
                      </a:xfrm>
                      <a:prstGeom prst="line">
                        <a:avLst/>
                      </a:prstGeom>
                      <a:ln>
                        <a:solidFill>
                          <a:srgbClr val="1B8F6A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CA964D" id="Conector recto 4" o:spid="_x0000_s1026" style="position:absolute;flip:y;z-index:2516480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636.55pt,27.75pt" to="1324.3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" strokecolor="#1b8f6a" strokeweight="2pt">
              <v:shadow on="t" color="black" opacity="24903f" origin=",.5" offset="0,.55556mm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0" locked="0" layoutInCell="1" allowOverlap="1" wp14:anchorId="762ED003" wp14:editId="11D83F58">
          <wp:simplePos x="0" y="0"/>
          <wp:positionH relativeFrom="column">
            <wp:posOffset>-419100</wp:posOffset>
          </wp:positionH>
          <wp:positionV relativeFrom="paragraph">
            <wp:posOffset>-228600</wp:posOffset>
          </wp:positionV>
          <wp:extent cx="1864360" cy="636905"/>
          <wp:effectExtent l="0" t="0" r="2540" b="0"/>
          <wp:wrapNone/>
          <wp:docPr id="138114616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1146166" name="Imagen 2"/>
                  <pic:cNvPicPr>
                    <a:picLocks noChangeAspect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864360" cy="636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1833970">
    <w:abstractNumId w:val="8"/>
  </w:num>
  <w:num w:numId="2" w16cid:durableId="1641574817">
    <w:abstractNumId w:val="6"/>
  </w:num>
  <w:num w:numId="3" w16cid:durableId="1222866913">
    <w:abstractNumId w:val="5"/>
  </w:num>
  <w:num w:numId="4" w16cid:durableId="65303042">
    <w:abstractNumId w:val="4"/>
  </w:num>
  <w:num w:numId="5" w16cid:durableId="352418824">
    <w:abstractNumId w:val="7"/>
  </w:num>
  <w:num w:numId="6" w16cid:durableId="1167285567">
    <w:abstractNumId w:val="3"/>
  </w:num>
  <w:num w:numId="7" w16cid:durableId="1272318517">
    <w:abstractNumId w:val="2"/>
  </w:num>
  <w:num w:numId="8" w16cid:durableId="1012344617">
    <w:abstractNumId w:val="1"/>
  </w:num>
  <w:num w:numId="9" w16cid:durableId="1483423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335"/>
    <w:rsid w:val="00034616"/>
    <w:rsid w:val="0006063C"/>
    <w:rsid w:val="000D63DC"/>
    <w:rsid w:val="0015074B"/>
    <w:rsid w:val="001B6646"/>
    <w:rsid w:val="00204917"/>
    <w:rsid w:val="00242357"/>
    <w:rsid w:val="0029476F"/>
    <w:rsid w:val="0029639D"/>
    <w:rsid w:val="00326F90"/>
    <w:rsid w:val="00337545"/>
    <w:rsid w:val="003C569C"/>
    <w:rsid w:val="00420589"/>
    <w:rsid w:val="00473D74"/>
    <w:rsid w:val="004E6165"/>
    <w:rsid w:val="0056710D"/>
    <w:rsid w:val="005840A7"/>
    <w:rsid w:val="005D5562"/>
    <w:rsid w:val="005E2652"/>
    <w:rsid w:val="006109CB"/>
    <w:rsid w:val="00665C82"/>
    <w:rsid w:val="006979A1"/>
    <w:rsid w:val="006F524C"/>
    <w:rsid w:val="00780C88"/>
    <w:rsid w:val="007B2A0A"/>
    <w:rsid w:val="007C3340"/>
    <w:rsid w:val="00801ECD"/>
    <w:rsid w:val="008A3EB8"/>
    <w:rsid w:val="008A4B93"/>
    <w:rsid w:val="009404A2"/>
    <w:rsid w:val="00956C68"/>
    <w:rsid w:val="00A40FB0"/>
    <w:rsid w:val="00A4606E"/>
    <w:rsid w:val="00A55C4C"/>
    <w:rsid w:val="00AA1D8D"/>
    <w:rsid w:val="00B47730"/>
    <w:rsid w:val="00BB2387"/>
    <w:rsid w:val="00BD01EA"/>
    <w:rsid w:val="00CB0664"/>
    <w:rsid w:val="00CE6867"/>
    <w:rsid w:val="00D16CC1"/>
    <w:rsid w:val="00D30241"/>
    <w:rsid w:val="00D4480F"/>
    <w:rsid w:val="00D75C98"/>
    <w:rsid w:val="00D90C05"/>
    <w:rsid w:val="00E21BD8"/>
    <w:rsid w:val="00E66523"/>
    <w:rsid w:val="00E70812"/>
    <w:rsid w:val="00F01E82"/>
    <w:rsid w:val="00FA72E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90A8A4"/>
  <w14:defaultImageDpi w14:val="300"/>
  <w15:docId w15:val="{B9B9BE58-B441-4FE7-A309-E4CD9326F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A55C4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5C4C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6F524C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F52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7.png"/><Relationship Id="rId7" Type="http://schemas.openxmlformats.org/officeDocument/2006/relationships/image" Target="media/image10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10" Type="http://schemas.openxmlformats.org/officeDocument/2006/relationships/image" Target="media/image13.png"/><Relationship Id="rId4" Type="http://schemas.microsoft.com/office/2007/relationships/hdphoto" Target="media/hdphoto1.wdp"/><Relationship Id="rId9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105</Words>
  <Characters>578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anahi morelos</cp:lastModifiedBy>
  <cp:revision>5</cp:revision>
  <cp:lastPrinted>2026-06-15T19:53:00Z</cp:lastPrinted>
  <dcterms:created xsi:type="dcterms:W3CDTF">2026-07-14T17:31:00Z</dcterms:created>
  <dcterms:modified xsi:type="dcterms:W3CDTF">2026-07-14T17:36:00Z</dcterms:modified>
  <cp:category/>
</cp:coreProperties>
</file>